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Кызыл-Шафаг и Керкендж, говорят ли вам что-нибудь эти названия?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2021-07-28</w:t>
      </w:r>
    </w:p>
    <w:p>
      <w:pPr/>
      <w:r>
        <w:t>40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Думается, в рамках националистической повестки дня и сопутствующей ей националистической пропаганде, царящих в Армении и Азербайджане, лишь малая часть жителей этих государств знает что-либо о примерах мирного взаимодействия обычных людей — азербайджанцев и армян, происходивших во времена разгоравшегося националистического безумия.</w:t>
      </w:r>
      <w:r>
        <w:br/>
      </w:r>
      <w:r>
        <w:br/>
      </w:r>
    </w:p>
    <w:p>
      <w:r/>
      <w:r>
        <w:t>Обмен населением между азербайджанским селом Кызыл-Шафаг (Красная Заря), расположенном в лесистых горах Калининского района (ныне Лори) Армянской ССР и армянским селом Керкендж, расположенном недалеко от Баку, в Шемахинском районе Азербайджанской ССР — уникальный пример инициативы коллективов — общин этих сёл, — направленной на преодоление конфликтной ситуации в рамках армяно-азербайджанского противостояния. Это вредная и ненужная сегодня ни армянским, ни азербайджанским националистам история тружеников двух сёл, сумевших самостоятельно организоваться, вступить в диалог друг с другом как разумные люди и самостоятельно, сообща, найти бескровный выход из кризисной ситуации тщательно раздувавшейся войны, которая не ими и не в их интересах была спровоцирована.</w:t>
      </w:r>
      <w:r>
        <w:br/>
      </w:r>
      <w:r>
        <w:br/>
      </w:r>
    </w:p>
    <w:p>
      <w:r>
        <w:t>Сумгаитские погромы в Азербайджанской ССР случившиеся в феврале 1988 года стали для жителей села Керкендж вестником надвигавшейся бури, принеся с собой смерть и в дома керкенджцев. Одной из жертв этих погромов стал их односельчанин Габриел Трдатян, на тот момент проживавший в городе Сумгаите.</w:t>
      </w:r>
    </w:p>
    <w:p>
      <w:r>
        <w:t>Так вспоминает о ситуации один из керкенджцев:</w:t>
      </w:r>
    </w:p>
    <w:p>
      <w:pPr>
        <w:pStyle w:val="IntenseQuote"/>
      </w:pPr>
    </w:p>
    <w:p>
      <w:r>
        <w:rPr>
          <w:i/>
        </w:rPr>
        <w:t xml:space="preserve">«После Сумгаита всегда опасность была… Это было заметно. Знакомый [азербайджанец] видит тебя, лицо отворачивает, в другую сторону идет, не хочет разговаривать с тобой, кто-то говорит такое, чего раньше не говорил… и ты видишь, что милиция не на твоей стороне…» </w:t>
      </w:r>
      <w:r>
        <w:t>[1].</w:t>
      </w:r>
    </w:p>
    <w:p>
      <w:r>
        <w:t>Сумгаит, породивший чувство опасности, вынуждал керкенджцев искать какой-то выход из ситуации и именно тогда появились идеи о переселении всей общиной в Армению или Россию, а также обсуждались варианты об обмене с азербайджанским селом в Армении. Но вначале эти идеи не пользовались широкой поддержкой в общине, ещё оставались надежды на советскую власть и, что немаловажно, такой выбор ставил перед людьми тяжёлый вопрос, особенно актуальный для совмещавших традиционный патриархальный уклад с советской модернизацией жителей села :</w:t>
      </w:r>
    </w:p>
    <w:p>
      <w:pPr>
        <w:pStyle w:val="IntenseQuote"/>
      </w:pPr>
    </w:p>
    <w:p>
      <w:r>
        <w:rPr>
          <w:i/>
        </w:rPr>
        <w:t>«А кому мы будем оставлять наших предков и родственников?»</w:t>
      </w:r>
    </w:p>
    <w:p>
      <w:r>
        <w:t>В то же время, в начале 1988 года, взаимная ненависть — провозвестник будущей “национальной независимости”, добралась и до лесистых гор Калининского района Армянской ССР (Лори). Для жителей Кызыл-Шафага, азербайджанцев, эта земля, природа, горы были столь же родными, как и для армян. Один из сельчан Кызыл-Шафага в ту пору направляясь на работу через армянское село Шахназар услышал от попутчика армянина:</w:t>
      </w:r>
    </w:p>
    <w:p>
      <w:pPr>
        <w:pStyle w:val="IntenseQuote"/>
      </w:pPr>
    </w:p>
    <w:p>
      <w:r>
        <w:rPr>
          <w:i/>
        </w:rPr>
        <w:t>«А вы не боитесь ехать в район?» Этот вопрос очень удивил его: «Я говорю, а почему я должен бояться, я только вечером оттуда вернулся. А что случилось, чего я должен бояться? То есть я совершенно не в курсе, что происходит. А он нам сказал: вы напрасно едете в район, вас там могут обидеть»</w:t>
      </w:r>
      <w:r>
        <w:t>[2]</w:t>
      </w:r>
      <w:r>
        <w:rPr>
          <w:i/>
        </w:rPr>
        <w:t>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Фотография Мамеда-киши в собственном доме в Кызыл-Шафаге (Армянская ССР) незадолго до событий.</w:t>
      </w:r>
    </w:p>
    <w:p>
      <w:r>
        <w:t>Однако в первой половине 1988 года основные события разжигаемого армяно-азербайджанского конфликта происходили “где-то там”, далеко от молчаливых гор и звонких горных речек Калининского района (Лори). Лишь их эхо доносилось до этих краёв и никто не знал толком, сколько в его отзвуках правды, а сколько лжи. Отношения с ближайшими соседями-армянами у кызыл-шафагцев оставались прежними и так же как армяне из Керкенджа они надеялись на советскую власть. Вот как вспоминал об этом 72-летний сельчанин Кызыл-Шафага:</w:t>
      </w:r>
    </w:p>
    <w:p>
      <w:pPr>
        <w:pStyle w:val="IntenseQuote"/>
      </w:pPr>
    </w:p>
    <w:p>
      <w:r>
        <w:rPr>
          <w:i/>
        </w:rPr>
        <w:t xml:space="preserve">«Нет, отношения остались прежними, какими были отношения, такими и остались. В других районах было, в Кировакане, Ленинакане, Ереване и его пригороде, в Аштараке, в районе Севана. Там происходило что-то, говорили, что и людей убивали, но мы ничего этого не видели, мы не </w:t>
      </w:r>
      <w:r>
        <w:rPr>
          <w:i/>
        </w:rPr>
        <w:t xml:space="preserve">можем говорить об этом. Говорили и про то, что людей поместили в трубу и заварили ее и так далее. Но мы не видели этого, я не могу говорить неправду и сказать, что было что-то такое, что с нами что-то сделали. В нашем районе всего одного человека убили, одного старика. И все. А так в нашем селе и в соседних селах ничего такого…» </w:t>
      </w:r>
      <w:r>
        <w:t>[3].</w:t>
      </w:r>
    </w:p>
    <w:p>
      <w:r>
        <w:t>В Шемахинском районе Азербайджанской ССР осенью 1988 года ситуация становилась всё более напряжённой. В самом Керкендже и в соседнем крупнейшем армянском селении района — Мадрасе, приютились армянские беженцы из соседних сёл Шемахинского района и города Шемахи, вынужденные бежать от погромов.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Расположение двух сёл, жители которых обменялись домами</w:t>
      </w:r>
    </w:p>
    <w:p>
      <w:r>
        <w:t>Однако так же как и азербайджанцы из Кызыл-Шафага, армяне из Керкенджа продолжали поддерживать добрососедские отношения со знакомыми азербайджанцами. Интересна история, которую рассказывает житель Керкенджа. Он и его односельчанин поехали в селение Алят, чтобы купить свинины у своих знакомых азербайджанцев для предстоящих праздников, дело было в ноябре 1988 года. Показателен сам факт такой покупки свинины у азербайджанцев-мусульман и вполне обоснованное предположение (которое подтверждается в дальнейшем ходе рассказа керкенджца) о том, что у них было подпольное хозяйство, запрещённое советскими законами. Эти “деловые” отношения между армянами и азербайджанцами предполагают высокий уровень личного доверия, так как власть не должна была знать о такого рода связях. Купив свинину керкенджцы собирались вернуться, но их знакомый азербайджанец, директор пекарни, сказал, что одних их отпускать нельзя:</w:t>
      </w:r>
    </w:p>
    <w:p>
      <w:pPr>
        <w:pStyle w:val="IntenseQuote"/>
      </w:pPr>
    </w:p>
    <w:p>
      <w:r>
        <w:rPr>
          <w:i/>
        </w:rPr>
        <w:t>«…боюсь, что вас зарежут… Потом он сказал: мой сын вас проводит, с вами будет… Мы говорили, что не надо, мы по другой дороге поедем, там была другая дорога…».</w:t>
      </w:r>
    </w:p>
    <w:p>
      <w:r>
        <w:t>Когда они уже были в пути, их остановила машина ещё одного знакомого азербайджанца, сотрудника органов милиции. Он спросил, откуда они путь держат:</w:t>
      </w:r>
      <w:r>
        <w:br/>
      </w:r>
      <w:r>
        <w:br/>
      </w:r>
    </w:p>
    <w:p>
      <w:pPr>
        <w:pStyle w:val="IntenseQuote"/>
      </w:pPr>
    </w:p>
    <w:p>
      <w:r>
        <w:rPr>
          <w:i/>
        </w:rPr>
        <w:t xml:space="preserve">«Этому не скажешь: оттуда. Сказали, что из города. Говорит, через Шамаху не езжайте, там вас режут, я сейчас вас провожу… Мы сказали, что поедем по короткой дороге. Он нас проводил… В селе было еще спокойно, но в эту ночь напали на армян Шемахи, Шестого совхоза и других мест. Армяне всё оставили, бежали голыми, половина в Мадрасу, половина – в наше село» </w:t>
      </w:r>
      <w:r>
        <w:t>[4]</w:t>
      </w:r>
      <w:r>
        <w:rPr>
          <w:i/>
        </w:rPr>
        <w:t>.</w:t>
      </w:r>
    </w:p>
    <w:p>
      <w:r>
        <w:t>Около города Шемахи в мастерской по обработке камня работали несколько керкенджцев, из воспоминаний которых следует, что старые дружеские контакты с азербайджанцами в условиях открытой конфликтной ситуации сохранялись:</w:t>
      </w:r>
      <w:r>
        <w:br/>
      </w:r>
      <w:r>
        <w:br/>
      </w:r>
      <w:r>
        <w:br/>
      </w:r>
      <w:r>
        <w:br/>
      </w:r>
      <w:r>
        <w:rPr>
          <w:i/>
        </w:rPr>
        <w:t xml:space="preserve">«Когда в Шеамахе началось, на работе в обеденный час пришли [знакомые азербайджанцы], сказали нам, что в армянских кварталах погромы, в домах армян… окна ломают, на улицах нет армян. Вечером уже видим, что народ с верхней стороны [со стороны города] идет в нашу сторону, где мы работали, чтобы напасть на нас… Нет, драки не было. Были люди, что нашу сторону держали. С машиной хотели что-то сделать, ковер с машины срывали, взяли инструменты… Стычка могла быть, но у </w:t>
      </w:r>
      <w:r>
        <w:rPr>
          <w:i/>
        </w:rPr>
        <w:t xml:space="preserve">Авага был один знакомый в Шамахе, кому он продал свою машину… А </w:t>
      </w:r>
      <w:r>
        <w:rPr>
          <w:i/>
        </w:rPr>
        <w:t>это был сын шейха в Шамахе. Этот парень слышал, что здесь творится, и сразу же на этой самой машине приехал к нам… Было много народа.</w:t>
      </w:r>
    </w:p>
    <w:p>
      <w:pPr>
        <w:pStyle w:val="IntenseQuote"/>
      </w:pPr>
    </w:p>
    <w:p>
      <w:r>
        <w:rPr>
          <w:i/>
        </w:rPr>
        <w:t xml:space="preserve">Его прислушались и позволили, чтобы мы вышли… Мы сели в машину </w:t>
      </w:r>
      <w:r>
        <w:rPr>
          <w:i/>
        </w:rPr>
        <w:t xml:space="preserve">и выехали. Это было в последний раз… Когда достаточно поднялись </w:t>
      </w:r>
      <w:r>
        <w:rPr>
          <w:i/>
        </w:rPr>
        <w:t xml:space="preserve">по дороге и посмотрели назад, там, где мы работали, уже горело… Там </w:t>
      </w:r>
      <w:r>
        <w:rPr>
          <w:i/>
        </w:rPr>
        <w:t>[на работе] были пожилые люди (азербайджанцы — прим. редакции), но они не смогли нас защитить»</w:t>
      </w:r>
      <w:r>
        <w:t xml:space="preserve"> [5].</w:t>
      </w:r>
    </w:p>
    <w:p>
      <w:r>
        <w:t>В Армянской ССР к концу 1988 года происходили похожие процессы, начался исход азербайджанского населения. Волны азербайджанских беженцев докатились до Калининского района (Лори), граничащего с Грузией, через которую они перебирались в Азербайджанскую ССР.</w:t>
      </w:r>
    </w:p>
    <w:p>
      <w:pPr>
        <w:pStyle w:val="IntenseQuote"/>
      </w:pPr>
      <w:r>
        <w:br/>
      </w:r>
    </w:p>
    <w:p>
      <w:r>
        <w:rPr>
          <w:i/>
        </w:rPr>
        <w:t>«Через нашу деревню проходили люди из Агбаба и других деревень в Азербайджан. Я думаю про себя, куда они бегут? Куда идут они, а я пасу овец в поле. Смотрю, везут с собой шифоньер, стол и другие вещи» (Вейсал-киши, 78 лет).</w:t>
      </w:r>
    </w:p>
    <w:p>
      <w:r>
        <w:rPr>
          <w:i/>
        </w:rPr>
        <w:t xml:space="preserve">«Они жили среди армян. Их окружали армяне с трех сторон, и только с одной стороны Турция. А в Турцию они в то время идти не могли. Поэтому они выбрали путь через нас в Грузию, а потом в Азербайджан. Они &lt;…&gt; на забитых вещами машинах проезжали мимо нас. А мы всё удивлялись, зачем они уезжают, разве можно родину покидать. Откуда мы знали, что и нас такое ожидает. </w:t>
      </w:r>
      <w:r>
        <w:rPr>
          <w:i/>
        </w:rPr>
        <w:t xml:space="preserve">(Гюльшан-ханум, 52 года)» </w:t>
      </w:r>
      <w:r>
        <w:t>[6].</w:t>
      </w:r>
    </w:p>
    <w:p>
      <w:r>
        <w:t>Весьма показательно то, что по мнению как кызыл-шафагцев, так и керкенджцев активными поджигателями конфликта стала интеллигенция Армянской и Азербайджанской ССР: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«…их писатели, их артисты выступали на площадях… Один из их писателей – Вахабзаде, другой – Анар, председатель их Союза писателей, и еще Зейнаб Ханларова, народная артистка Армении (певица Зейнаб Ханларова из Азербайджанской ССР в советские годы получила почетное звание народной артистки Армении — прим. редакции), выступали, что армян надо выгонять… Например, Вахабзаде сам говорил: почему шамахинские армяне не хотят уйти?.. Уже корни пустили там. В тот же день начали камни кидать на дома армян в Шамахе, разбивать стекла…»</w:t>
      </w:r>
    </w:p>
    <w:p>
      <w:r>
        <w:rPr>
          <w:i/>
        </w:rPr>
        <w:t>«Как звали этого писателя, армянина… Зорий Балаян! Вот он! Это он во всем виноват, всё это верха начали! (Алы-киши, 72 года).</w:t>
      </w:r>
    </w:p>
    <w:p>
      <w:r>
        <w:rPr>
          <w:i/>
        </w:rPr>
        <w:t xml:space="preserve">Я вернулся со школы домой днем пообедать, а дома жены не было. Она к соседям вышла. Дети в школе. Включил радио. Сижу один, обедаю. И вдруг слышу, что известный ученый Аганбегян выступил во Франции в сенате с речью о том, что если Нагорный Карабах передадут </w:t>
      </w:r>
      <w:r>
        <w:rPr>
          <w:i/>
        </w:rPr>
        <w:t>от Азербайджана Армении, то в Армении повысится хозяйство и т. п., улучшится жизнь. Когда я это услышал, я в это время чай наливал себе, стакан упал из рук и разбился. Очень я понервничал, как такое может быть! (Авды-муаллим, 69 лет)»</w:t>
      </w:r>
      <w:r>
        <w:t xml:space="preserve"> [7].</w:t>
      </w:r>
    </w:p>
    <w:p>
      <w:r>
        <w:t>С конца 1988 года до весны 1989, общинам сёл Керкендж и Кызыл-Шафаг пришлось организовать самооборону. Несмотря на то, что отдельные представители местных властей помогали общинам азербайджанцев и армян, несмотря на то, что армянам села Керкендж близкие друзья-азербайджанцы помогали приобретать даже необходимые боеприпасы, было очевидно, что ни тем, ни другим больше оставаться в родных для них краях просто физически невозможно.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Солдат внутренних войск СССР у поста самообороны керкенджских армян вместе с маленькими керкенджцами Н. Цатуряном и А. Варданяном (с. Керкендж, Азербайджанская ССР)</w:t>
      </w:r>
    </w:p>
    <w:p>
      <w:r>
        <w:t>Мотивы обмена деревнями и у керкенджцев и у кызыл-шафагцев были общие, это нежелание разделять общину и стремление сохранить в неприкосновенности память о предках — кладбища. Варианты для выбора места нового поселения у них были ограничены. Как отмечают азербайджанские исследователи истории обмена двух сёл, тогда в Азербайджанской ССР нашлись представители власти, готовые оказывать помощь беженцам из Армении, но таковых чиновников и общественных деятелей было очень немного. Кызыл-шафагцам в Азербайджанской ССР предлагали выделить территорию и в дальнейшем обеспечить все условия, помочь в строительстве новых домов. Отказ кызыл-шафагцев заново строить село на новом месте в дальнейшем оказался верным решением, за скорым коллапсом СССР распалась вся экономика и пришедшая на смену уже откровенно националистическая власть была заинтересована в решении более важных для неё “национальных интересов”, а не в строительстве новых сёл для беженцев.</w:t>
      </w:r>
    </w:p>
    <w:p>
      <w:r>
        <w:t xml:space="preserve">Кызыл-шафагцы были горцами, вели отличающееся от хозяйства керкенджцев сельское хозяйство, в основном скотоводство и земледелие — посев пшеницы, картофеля. Керкенджцы же жили в совершенно иной климатической и экономической зоне, занимались виноградарством, многие из них были рабочими на близлежащих предприятиях, были привычны к жаркому климату Шемахинского района. В первый раз побывав в горном Кызыл-Шафаге, армяне-керкенджцы не захотели туда перебираться, для них там было слишком холодно, </w:t>
      </w:r>
      <w:r>
        <w:rPr>
          <w:i/>
        </w:rPr>
        <w:t>“как в Сибири”</w:t>
      </w:r>
      <w:r>
        <w:t>.</w:t>
      </w:r>
    </w:p>
    <w:p>
      <w:r>
        <w:t>Азербайджанцы из Кызыл-Шафага, привыкшие к горным ландшафтам и свежему прохладному воздуху, к многочисленным родникам с ледяной водой, в свой черёд восприняли село Керкендж как жаркую сухую пустыню, где просто невозможно жить.</w:t>
      </w:r>
    </w:p>
    <w:p>
      <w:r>
        <w:t>Все решения по обмену сёлами в армянской и азербайджанской общинах принимались коллективно, на низовом уровне были выдвинуты признанные всеми членами общины лидеры и они несколько раз ездили делегацией: то азербайджанцы в Керкендж, то армяне в Кызыл-Шафаг. Жили в это время вместе, в домах у лидеров принимающей стороны. До того, как прийти к решению обмена сёлами керкенджцы, как и кызыл-шафагцы, рассматривали несколько вариантов, вплоть до переселения в Россию, например, одно время в самый безысходный момент азербайджанцы из Кызыл-Шафага думали о переезде в Ростовскую область и даже, вроде бы, получили ответ из Москвы от центральных властей, мол, приезжайте, дадим вам отдельный пустой посёлок, обеспечим работой. Но потом, как вспоминает селянин:</w:t>
      </w:r>
    </w:p>
    <w:p>
      <w:pPr>
        <w:pStyle w:val="IntenseQuote"/>
      </w:pPr>
    </w:p>
    <w:p>
      <w:r>
        <w:rPr>
          <w:i/>
        </w:rPr>
        <w:t xml:space="preserve">«…народ сказал, что старики есть, женщины пожилые. Куда нам на </w:t>
      </w:r>
      <w:r>
        <w:rPr>
          <w:i/>
        </w:rPr>
        <w:t xml:space="preserve">чужую землю ехать, и так нас здесь выгоняют, через неделю из России </w:t>
      </w:r>
      <w:r>
        <w:rPr>
          <w:i/>
        </w:rPr>
        <w:t xml:space="preserve">выгонят. Поэтому уже не поехали, но зря, надо было уехать. Там лучше </w:t>
      </w:r>
      <w:r>
        <w:rPr>
          <w:i/>
        </w:rPr>
        <w:t xml:space="preserve">было бы» </w:t>
      </w:r>
      <w:r>
        <w:t>[8].</w:t>
      </w:r>
    </w:p>
    <w:p>
      <w:r>
        <w:t>Первая встреча произошла в феврале 1989 года в Керкендже, куда прибыла азербайджанская делегация Кызыл-Шафага. Вот так вспоминают керкенджцы о первых контактах с директором совхоза, председателем сельсовета, главным инженером и шофёром, составлявших делегацию армянских азербайджанцев:</w:t>
      </w:r>
    </w:p>
    <w:p>
      <w:pPr>
        <w:pStyle w:val="IntenseQuote"/>
      </w:pPr>
    </w:p>
    <w:p>
      <w:r>
        <w:rPr>
          <w:i/>
        </w:rPr>
        <w:t xml:space="preserve">«Народ говорил… Да, собрались у конторы… у нас была контора, перед </w:t>
      </w:r>
      <w:r>
        <w:rPr>
          <w:i/>
        </w:rPr>
        <w:t xml:space="preserve">ней собрались, народ говорил. [Интервьюер: — А что говорили?] Как они не </w:t>
      </w:r>
      <w:r>
        <w:rPr>
          <w:i/>
        </w:rPr>
        <w:t xml:space="preserve">хотели приехать в Азербайджан, так и мы не хотели наши дома оставить. У нас была 400-летняя история нашего села» </w:t>
      </w:r>
      <w:r>
        <w:t>[9]</w:t>
      </w:r>
      <w:r>
        <w:rPr>
          <w:i/>
        </w:rPr>
        <w:t>.</w:t>
      </w:r>
    </w:p>
    <w:p>
      <w:r>
        <w:t>После этого делегация азербайджанских армян вместе с кызыл-шафагцами отправляется в Армению, чтобы осмотреть Кызыл-Шафаг. В путь отправились четверо старейшин Керкенджа, по статусу бывших простыми крестьянами. Как отмечали сами делегаты Керкенджа на переговорах в Кызыл-Шафаге, их дома в Керкендже были старыми по сравнению с Кызыл-Шафагом и последний превосходил по их количеству село Керкендж, однако это не стало препятствием для диалога.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 xml:space="preserve">Один из лидеров организаторов обмена Рафик Мартиросян. Село Дзюнашох (Кызыл-Шафаг), Армения, 2006 г. Фото А. Акопяна </w:t>
      </w:r>
    </w:p>
    <w:p>
      <w:r>
        <w:t>В Кызыл-Шафаге были обсуждены конкретные методы принятия решений и переселения. После достижения принципиальной договорённости между лидерами, было решено, что окончательное слово остаётся за “народом”, т.е. членами азербайджанской и армянской общин. Для этого “народ Кызыл-Шафага” должен был сам осмотреть место переселения, равно как и “народ Керкенджа”, и чтобы каждый из них по обоюдному согласию, без принуждения осмотрели дома, выбрали, договорились меж собою.</w:t>
      </w:r>
    </w:p>
    <w:p>
      <w:r>
        <w:t>Одним из важнейших вопросов в ходе обсуждения было сохранение кладбищ. Армянское кладбище сохранялось в Керкендже, а азербайджанское в Кызыл-Шафаге — таков был взаимный договор. Тогда, в 1989 году, у людей ещё теплилась надежда, что они потом смогут свободно посещать свои кладбища. Во время переговоров даже решили, в какой месяц в году желающие с обеих сторон смогут приезжать на могилы своих предков. Когда в августе 1989 года один из керкенджских армян покидал село, он ещё раз напомнил аксакалам Кызыл-Шафага о сохранении кладбищ, тогда один из них поклялся на Коране, что так оно и будет.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Азербайджанское кладбище в селе Дзюнашох (Кызыл-Шафаг), Армения, 2006 г. Фото А. Акопяна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Армянское кладбище в селе Керкендж, Азербайджан, 2006 г. Фото С. Гусейновой</w:t>
      </w:r>
    </w:p>
    <w:p>
      <w:r>
        <w:t>Все договорённости были устными, но дополнительной частью закрепляющей договор между людьми была ритуальная часть. Процесс переговоров в Кызыл-Шафаге шёл за столом, за “хлебом-солью”. На вершине холма в Кызыл-Шафаге, там где находилось святилище, переговорщики сидели несколько раз, как вспоминает один из армян-керкенджцев:</w:t>
      </w:r>
    </w:p>
    <w:p>
      <w:pPr>
        <w:pStyle w:val="IntenseQuote"/>
      </w:pPr>
    </w:p>
    <w:p>
      <w:r>
        <w:rPr>
          <w:i/>
        </w:rPr>
        <w:t xml:space="preserve">«Один парень из нашего села грустно пел на их </w:t>
      </w:r>
      <w:r>
        <w:t>(азербайджанском — прим. ред.)</w:t>
      </w:r>
      <w:r>
        <w:rPr>
          <w:i/>
        </w:rPr>
        <w:t xml:space="preserve"> языке. Народ плакал… Да, [азербайджанцы] плакали… Два-три раза на холме сидели, рядовых </w:t>
      </w:r>
      <w:r>
        <w:t>(солдат внутренних войск СССР, охранявших тогда сёла — прим. ред.)</w:t>
      </w:r>
      <w:r>
        <w:rPr>
          <w:i/>
        </w:rPr>
        <w:t xml:space="preserve"> они [азербайджанцы] туда не пускали. Те были далеко-далеко. Кому следовало, тот и приходил. Директор… шефы приходили…» </w:t>
      </w:r>
      <w:r>
        <w:t>[10]</w:t>
      </w:r>
      <w:r>
        <w:rPr>
          <w:i/>
        </w:rPr>
        <w:t>.</w:t>
      </w:r>
    </w:p>
    <w:p>
      <w:r>
        <w:t>Ещё одним обрядом закрепления договора был так называемый “ehsan”, что в переводе с азербайджанского значит “поминки”. Для этого обряда директор совхоза в Кызл-Шафаге зарезал отборный скот и затем на самом кладбище была проведена совместная трапеза, в которой участвовали армянские делегаты из Керкенджа.</w:t>
      </w:r>
    </w:p>
    <w:p>
      <w:r>
        <w:t>Непосредственный обмен домами проходил уже на уровне членов двух общин, где каждый сам договаривался с хозяином понравившегося дома. При обмене стороны старались соблюдать равноценный обмен, насколько это было возможно в тех условиях и не оказывать никакого давления на выбор людей. Выбор при этом был отнюдь не лёгким, самим кызыл-шафагцам их дома казались гораздо лучшими чем те, с которыми им приходилось обмениваться, о чём, в принципе, говорили и сами делегаты армяне-керкенджцы. Вот как вспоминает о покинутом Кызыл-Шафаге председатель совхоза Байрам Аллазов:</w:t>
      </w:r>
    </w:p>
    <w:p>
      <w:pPr>
        <w:pStyle w:val="IntenseQuote"/>
      </w:pPr>
    </w:p>
    <w:p>
      <w:r>
        <w:rPr>
          <w:i/>
        </w:rPr>
        <w:t xml:space="preserve">«А у нас такие дома были! Большинство двухэтажные, туф, камень! Канализация… В каждом доме! Паровое отопление! &lt;…&gt; Несмотря </w:t>
      </w:r>
      <w:r>
        <w:rPr>
          <w:i/>
        </w:rPr>
        <w:t xml:space="preserve">на то, что в нашем селе была вода, 19 км проводил водопроводные линии… </w:t>
      </w:r>
      <w:r>
        <w:rPr>
          <w:i/>
        </w:rPr>
        <w:t xml:space="preserve">Питьевую водопроводную линию!» </w:t>
      </w:r>
      <w:r>
        <w:t>[11].</w:t>
      </w:r>
    </w:p>
    <w:p>
      <w:r>
        <w:t>В любом случае эти люди понимали, что попали в общую беду и воспринимая друг друга не как врагов, а как сотоварищей по горю, шли на уступки и были способны договориться между собой, в отличие от прочего большинства народных масс одурманенного и руководимого “национально ориентированными политиками”, будущими “национальными олигархами” и прочим высокообразованным, интеллектуальным и “древне-мудрым цветом нации”, тянущими их сквозь пекло войны в эксклюзивное “светлое национальное будущее”.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Армянское кладбище в Керкендже — азербайджанской деревне</w:t>
      </w:r>
    </w:p>
    <w:p>
      <w:r>
        <w:t>Официальные власти зачастую не только не способствовали процессу обмена населением между сёлами Керкендж и Кызыл-Шафаг, но и порой чинили всякие преграды. Один “управляющий совхозами” в Калининском районе (Лори) осмотрев Кызыл-Шафаг заявил керкенджцам, что им тут делать нечего, дома будет забирать государство для армянских беженцев из Карабаха. На это один из керкенджских армян возразил, что:</w:t>
      </w:r>
    </w:p>
    <w:p>
      <w:pPr>
        <w:pStyle w:val="IntenseQuote"/>
      </w:pPr>
    </w:p>
    <w:p>
      <w:r>
        <w:rPr>
          <w:i/>
        </w:rPr>
        <w:t xml:space="preserve">«Это ложь. Если народ Карабаха идет сюда, то почему ребята воюют, гибнут. Если Карабах будет опустошаться, для кого они умирают. Не правда ли?» </w:t>
      </w:r>
      <w:r>
        <w:t>[12].</w:t>
      </w:r>
    </w:p>
    <w:p>
      <w:r>
        <w:t>В Азербайджанской ССР кызыл-шафагцы встретились с противодействием местных властей, в Шемахе Райисполком и Райком им не позволили обменивать сёла и дома, указывая на то, что эти дома будут проданы. Тут пришлось армянским азербайджанцам и азербайджанским армянам вновь приложить совместные усилия. Кызыл-шафагцы обратились к ректору Азербайджанского педагогического института академику Асаду Курбанову. Асад Курбанов позвонил шемахинским районным руководителям и попытался объяснить, что люди общий язык нашли, два села между двумя республиками обмениваются, а вы им тут палки в колёса вставляете.</w:t>
      </w:r>
    </w:p>
    <w:p>
      <w:r>
        <w:t>Керкенджские армяне направили свои усилия на Шемахинский райком, где у них были знакомые по работе:</w:t>
      </w:r>
    </w:p>
    <w:p>
      <w:pPr>
        <w:pStyle w:val="IntenseQuote"/>
      </w:pPr>
    </w:p>
    <w:p>
      <w:r>
        <w:rPr>
          <w:i/>
        </w:rPr>
        <w:t>«Потом я пошел к первому секретарю, – продолжает информант, – поднимаюсь… второй секретарь была русская женщина, знала меня долгие годы по работе, я бригадиром работал. Она сказала мне: иди, за горло возьми [первого секретаря], требуй, чтобы позволил…. Там были знакомые мне [азербайджанцы], они отводили меня в сторону и говорили: «Готовятся… торопитесь, скорее уезжайте, быстро уходите». Эта женщина мне сказала: «Торопитесь, я тоже… [собираюсь уезжать – А.А.]. Сейчас, по-моему, она глава общины молокан в Баку…»</w:t>
      </w:r>
      <w:r>
        <w:t xml:space="preserve"> [13].</w:t>
      </w:r>
    </w:p>
    <w:p>
      <w:r>
        <w:t>В результате общие усилия дали свои плоды.Основная часть кызыл-шафагцев переселилась в Керкендж в течение двух месяцев в мае и июне 1989 года. И тогда же, в мае 1989 года, в селе Кызыл-Шафаг появляются первые армянские семьи из Керкенджа, а к июлю уже все участвовавшие в обменном процессе керкенджцы переселяются в Кызыл-Шафаг.</w:t>
      </w:r>
    </w:p>
    <w:p>
      <w:r>
        <w:t>Тогда в Керкендже остался один житель, который на момент 2006-2007 гг., согласно доступной нам информации, всё ещё жил там. Это был Рамазан-киши, которому в указанные годы было 79 лет и его называли лезгином. Сам он говорил, что он не лезгин, а лакец. Во время переселения ему предлагали уехать вместе со всеми, но он остался:</w:t>
      </w:r>
    </w:p>
    <w:p>
      <w:pPr>
        <w:pStyle w:val="IntenseQuote"/>
      </w:pPr>
    </w:p>
    <w:p>
      <w:r>
        <w:rPr>
          <w:i/>
        </w:rPr>
        <w:t>«Армянские ребята мне сказали, давай поезжай с нами. Я им ответил, куда я поеду, я же не армянин. Я – Таджигутаев Рамазан Джакаевич, а ваши — Петросян, Аванесян, Вартанян, а меня там потом не убьют, увидев мою фамилию? (рассмеялся) Я не поеду»</w:t>
      </w:r>
      <w:r>
        <w:t xml:space="preserve"> [14].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Рамазан-киши,единственный старожил села Керкендж. Азербайджан, 2006 г. Фото С. Гусейновой</w:t>
      </w:r>
    </w:p>
    <w:p>
      <w:r>
        <w:t>Жена Рамазана-киши была армянка и позже, уже после переселения керкенджцев, она тоже уехала в Армению, где и умерла спустя три месяца, в Керкендже осталась вся её жизнь, семья, дети, дом. На все уговоры остаться она никак не соглашалась:</w:t>
      </w:r>
    </w:p>
    <w:p>
      <w:pPr>
        <w:pStyle w:val="IntenseQuote"/>
      </w:pPr>
    </w:p>
    <w:p>
      <w:r>
        <w:rPr>
          <w:i/>
        </w:rPr>
        <w:t xml:space="preserve">«Она, кажется, в Шемаху поехала, там ей кто-то что-то сказал, испугалась она… После этого она больше не ездила, обидели ее что ли там. Но здесь, в деревне, ее никто пальцем не трогал. Наоборот, все интересовались, спрашивали у нее, что и как надо делать. Печь хлеб она нас учила. Вся семья ее здесь осталась, а она уехала. Ее дети, муж здесь остались (Эльмира, 37 лет)» </w:t>
      </w:r>
      <w:r>
        <w:t>[15].</w:t>
      </w:r>
    </w:p>
    <w:p>
      <w:r>
        <w:t>Переселение не было быстрым, одномоментным событием и процесс обмена населением между сёлами растянулся с мая по сентябрь 1989 года. В эти несколько месяцев, в ходе переселения армяне и азербайджанцы жили вместе в одном доме в двух сёлах проводивших обмен жителями и домами. Помимо этого сохранялись вплоть до конца переселения и добрососедские, дружеские отношения с соседними деревнями. Так, кызыл-шафагцы вспоминают, что ещё весной 1987 года, когда в Кызыл-Шафаге официально праздновали весенний праздник Новруз, в село на праздник приходило немало соседей и знакомых армян. Если армяне из соседней деревни Шахназар в разразившемся кризисе не могли оказать существенной помощи кызыл-шафагцам, то они старались как-то продемонстрировать не изменившееся к соседям-азербайджанцам отношение:</w:t>
      </w:r>
    </w:p>
    <w:p>
      <w:pPr>
        <w:pStyle w:val="IntenseQuote"/>
      </w:pPr>
      <w:r>
        <w:br/>
      </w:r>
    </w:p>
    <w:p>
      <w:r>
        <w:rPr>
          <w:i/>
        </w:rPr>
        <w:t>«Почти все имели знакомых, дружили, это уже сотни лет было. Они даже не приехали, не спрашивали, есть ли у тебя на продажу корова или еще что-то. Сказали, чтобы не обиделись наши. Они так думали, пусть эти люди не обидятся, что мы, мол, заставляем их продавать, что мы не радуемся (Авды-муаллим, 69 лет)»</w:t>
      </w:r>
      <w:r>
        <w:t xml:space="preserve"> </w:t>
      </w:r>
      <w:r>
        <w:rPr>
          <w:i/>
        </w:rPr>
        <w:t>.</w:t>
      </w:r>
    </w:p>
    <w:p>
      <w:r>
        <w:rPr>
          <w:i/>
        </w:rPr>
        <w:t xml:space="preserve">«Нет, помощи от них не было. А что они могли поделать? Они только могли обругать тех, кто все это замутил, говорили, а мы их так и так, это подлые люди, мы жили, как братья, а теперь нас вот так разъединяют (Алы-киши, 72 года)» </w:t>
      </w:r>
      <w:r>
        <w:t>[16]</w:t>
      </w:r>
      <w:r>
        <w:rPr>
          <w:i/>
        </w:rPr>
        <w:t>.</w:t>
      </w:r>
    </w:p>
    <w:p>
      <w:r>
        <w:t>Поддержку друг другу оказывали и коллеги по работе, директор-армянин районной калининской автошколы, где работал кызыл-шафагец Алы-киши, прислал ему угля и дров, когда у последнего дома совсем не осталось топлива. Этот же директор вскоре передал своему коллеге-азербайджанцу зарплату, трудовую книжку и все нужные ему рабочие документы, придя специально в деревню Кызыл-Шафаг, на блокпост который к тому моменту был установлен милицией. Алы-киши обратился к нему:</w:t>
      </w:r>
    </w:p>
    <w:p>
      <w:pPr>
        <w:pStyle w:val="IntenseQuote"/>
      </w:pPr>
    </w:p>
    <w:p>
      <w:r>
        <w:rPr>
          <w:i/>
        </w:rPr>
        <w:t xml:space="preserve">«А я говорю, пойдемте домой, чай попьем, за столом посидим. Разве мы за </w:t>
      </w:r>
      <w:r>
        <w:rPr>
          <w:i/>
        </w:rPr>
        <w:t>одним столом не сидели? Ну, что это такое, разве так можно? Нет, сказали, мы не можем пойти. Они ушли, я ушел к себе… (Алы-киши, 72 года)».</w:t>
      </w:r>
    </w:p>
    <w:p>
      <w:r>
        <w:t>В повседневных контактах кызыл-шафагцы и керкенджцы, армяне и азербайджанцы, могли общаться друг с другом на двух языках и делать для себя интересные лингвистические наблюдения и открытия.</w:t>
      </w:r>
    </w:p>
    <w:p>
      <w:pPr>
        <w:pStyle w:val="IntenseQuote"/>
      </w:pPr>
    </w:p>
    <w:p>
      <w:r>
        <w:rPr>
          <w:i/>
        </w:rPr>
        <w:t xml:space="preserve">«У этого армянина [с которым был произведен обмен домами – Авт.] четыре дочери было. Сына не было. Они приехали на мой дом посмотреть, зашли в дом. А я дом на славу построил, спасибо Байрам-муаллиму, мне с деревом помог! И дочери его между собой на своем языке говорят, а они так грубо на армянском говорили, и они говорят – хороший дом, давайте обменяемся. А я стою в стороне и спрашиваю их на армянском: вы учились? Они отвечают: баё! Да, две сестры окончили институт в Ереване, а две другие — без образования. И когда я с ними так чисто на армянском разговаривал, они мне говорят: эй кира, эй дядя, ты так чисто говоришь на нашем языке, а наш народ (керкенджцы) не может так говорить. У них грубо получается, понять ничего невозможно. Я сказал, что я много раз бывал в Ереване. А как они разговаривали на азербайджанском! В жизни не отличишь! Ох-ох! Как мусульманки разговаривали! Очень грамотно! (Вейис-киши, 91 год)» </w:t>
      </w:r>
      <w:r>
        <w:t>[17].</w:t>
      </w:r>
    </w:p>
    <w:p>
      <w:r>
        <w:t>Армяне Керкенджа также вспоминают о совместном проживании с кызыл-шафагцами, один из первых армян-керкенджцев обосновавшихся в новом месте рассказывал такой случай:</w:t>
      </w:r>
    </w:p>
    <w:p>
      <w:pPr>
        <w:pStyle w:val="IntenseQuote"/>
      </w:pPr>
    </w:p>
    <w:p>
      <w:r>
        <w:rPr>
          <w:i/>
        </w:rPr>
        <w:t xml:space="preserve">«[Азербайджанцы] про меня говорили между собой, что я хороший аксакал… Например, когда я переехал, в магазине женщина-[азербайджанка] работала, ее свекор был /…/ аксакалом [участником переговоров – А.А]. В первый раз когда меня увидела, спросила: «Если я в ваше село приеду, меня убьют, да?» Ее свекор сказал ей: «Пустые вещи не говори». Потом, когда я в магазин заходил (дети тогда еще не приехали), даже если там было 1000 человек, она говорила: «Даи [дядя], что тебе нужно? Ты иди себе. Скажи, что хочешь, я в дом отправлю». Вот так» </w:t>
      </w:r>
      <w:r>
        <w:t>[18]</w:t>
      </w:r>
      <w:r>
        <w:rPr>
          <w:i/>
        </w:rPr>
        <w:t>.</w:t>
      </w:r>
    </w:p>
    <w:p>
      <w:r>
        <w:t>Примеров взаимопонимания и уважения было много. В Керкенжде, например, осталась учительница-армянка, чтобы закончить учебный год, тогда как её муж уже перебрался в Кызыл-Шафаг. Кекенджцы делились с прибывшими кызыл-шафагцами опытом по выращиванию винограда и учили печь хлеб в тондире, армянские азербайджанцы учили керкенджцев делать сыр и делились тонкостями обработки молока для производства масла.</w:t>
      </w:r>
    </w:p>
    <w:p>
      <w:r>
        <w:t>Совместное проживание армян и азербайджанцев в Керкендже подошло к концу осенью 1989 года, когда по воспоминаниям знакомого уже нам Рамзан-киши:</w:t>
      </w:r>
    </w:p>
    <w:p>
      <w:pPr>
        <w:pStyle w:val="IntenseQuote"/>
      </w:pPr>
    </w:p>
    <w:p>
      <w:r>
        <w:rPr>
          <w:i/>
        </w:rPr>
        <w:t>«…остававшихся в Керкендже немногих армян «насилу выпроводили отсюда, они не хотели уезжать отсюда. Говорили, что это наша родина. Не хотели они уезжать отсюда. Их насилу отсюда вывезли. &lt;…&gt; Государство. Приехали автобусы, и их вывезли. В деревне оставалось около 10 человек, которые не хотели уезжать отсюда. Их посадили на автобусы и отправили в дорогу (через Дагестан) (Рамазан-киши, 79 лет)».</w:t>
      </w:r>
    </w:p>
    <w:p>
      <w:r>
        <w:t>Из рассказов Рамазан-киши можно узнать, что для многих армян и после переезда в Кызыл-Шафаг скитания не закончились:</w:t>
      </w:r>
    </w:p>
    <w:p>
      <w:pPr>
        <w:pStyle w:val="IntenseQuote"/>
      </w:pPr>
    </w:p>
    <w:p>
      <w:r>
        <w:rPr>
          <w:i/>
        </w:rPr>
        <w:t>«Им там, армянам, не понравилось. Местные армяне не давали им житья. Поэтому они даже и не стали там жить. Уехали все в Россию, в основном в Георгиевск, Прохладный, Нальчик. Их там всего пять или шесть домов осталось, остальные все разъехались, но большинство их живет в Георгиевске, в Прохладном, Пятигорске. &lt;…&gt; Не смогли они там ужиться. Те местные армяне им говорили, что вы не армяне, вы азербайджанские армяне, вы мусульмане, вы не армяне»</w:t>
      </w:r>
      <w:r>
        <w:t>.</w:t>
      </w:r>
    </w:p>
    <w:p>
      <w:r>
        <w:t>Для керкенджцев сразу же после переселения становится важным сохранение памяти о родном селении и как первый шаг для этого они предлагают переименовать Кызыл-Шафаг в Керкендж и даже готовят щит-указатель с названием для установки перед входом в село. Для властей Калининского района (Лори) такая инициатива показалась излишней, да и неармянское название “Керкендж” как-то не вписывалось в патриотическо-националистический дискурс, на кривую дорожку которого уже уверенно вступили “юные строители” будущего армянского буржуазного государства. Уже в 1989 году на страницах районной прессы начинается обсуждение о переименовании самого района — Калининский и ряда населённых пунктов, которые имели тюрко-азербайджанские или советские имена, словом, был запущен милый сердцу каждого националиста процесс декоммунизации.</w:t>
      </w:r>
    </w:p>
    <w:p>
      <w:r>
        <w:t>Исходя из требований момента сначала предлагалось просто перевести на армянский язык Кызыл-Шафаг и сделать его Кармир Аршалуйс (Красная Заря). Но и от такого варианта явно “попахивало коммунизмом”, поэтому предлагались другие варианты: Талворик, Норамут, Нораван, Новый Вардашен. Все эти инициативы выдвигали местные жители —  на тот момент пока ещё калининцы.</w:t>
      </w:r>
    </w:p>
    <w:p>
      <w:r>
        <w:t>Ответную инициативу тогда снова выдвинули керкенджцы, предложив переименовать село Кызыл-Шафаг в Закян – в честь своего односельчанина, героя Великой Отечественной войны Симона Закяна. Они написали коллективное письмо в районную газету:</w:t>
      </w:r>
    </w:p>
    <w:p>
      <w:pPr>
        <w:pStyle w:val="IntenseQuote"/>
      </w:pPr>
    </w:p>
    <w:p>
      <w:r>
        <w:rPr>
          <w:i/>
        </w:rPr>
        <w:t xml:space="preserve">«…мы вынуждены были оставить наше поселение и сейчас находимся на родной земле…. Большинство жителей Кызыл-Шафага переселилось из села Керкендж Шамахинского района Азербайджанской ССР. На страницах вашей газеты были разные предложения о переименовании села. Но мы хотим назвать ее Закяном в память полковника Симона Закяна, который родился в селе Керкендж. С.Закян в 1918 г. участвовал в обороне Бакинской коммуны, после этого активно сражался за установление Советской власти в Азербайджане, в Армении, в Грузии. Потом, получив военное образование, был первым командиром 89-ой армянской дивизии. В начале 1942 г. был назначен командиром 390-й армянской стрелковой дивизии, сформировавшейся в Крыму,и вступил в бой против врага в Керчи. Погиб от тяжелых ранений, полученных в неравном бою. Захоронен в парке им. Кирова в Ереване, где стоит его </w:t>
      </w:r>
      <w:r>
        <w:rPr>
          <w:i/>
        </w:rPr>
        <w:t xml:space="preserve">памятник. Посмертно был награжден орденом Ленина». Керкенджцы пишут, что хотят увековечить светлую память героя войны, назвав село его именем. Под письмом подпись: «Группа жителей села Кызыл-Шафаг» </w:t>
      </w:r>
      <w:r>
        <w:t>[19].</w:t>
      </w:r>
    </w:p>
    <w:p>
      <w:r>
        <w:t xml:space="preserve"> </w:t>
      </w:r>
    </w:p>
    <w:p>
      <w:r>
        <w:t xml:space="preserve"> 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Памятник воинам-керкенджцам, погибшим во время Великой Отечественной войны. Село Керкендж, Азербайджан, 2006 г. Фото С.Румянцева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Табличка на памятнике — Памяти воинов керкенчцев. Село Керкендж, Азербайджан, 2006 г. Фото С. Румянцева</w:t>
      </w:r>
    </w:p>
    <w:p>
      <w:r>
        <w:t>И опять эти наивные керкенджцы выступают со своими неудобными предложениями — “оборона Бакинской коммуны”, “установление советской власти в Закавказье”!?.. — зарождавшемуся национальному государству явно ни к чему такие герои. Поэтому даже школу в селе Кызыл-Шафаг керкенджцам не удалось назвать именем С.Закяна.</w:t>
      </w:r>
    </w:p>
    <w:p>
      <w:r>
        <w:t>Немного погодя, без всяких общественных обсуждений, село Кызыл-Шафаг было переименовано в Дзюнашох (“Сияющий снег”), о чём сельчане узнали из постановления властей. Так коммунистический тюрко-азербайджанский Кызыл-Шафаг накрыл национально-буржуазный Дзюнашох. Вслед за “сиянием снега” в Армении в 1991 году началась лавина приватизации и реформа владения землёй. Дзюнашохцы стали частью этого необходимого процесса обретения “национальной независимости”, требовавшего приватизации скота, пастбищ и угодий ради “национальных интересов”. Эти же “национальные интересы” были крайне заинтересованы в смене тоталитарных совхозов и колхозов на свободные частные хозяйства.</w:t>
      </w:r>
    </w:p>
    <w:p>
      <w:r>
        <w:t>Начиная с 1993 года керкенджцы стали активно уезжать из села в Ставропольский край РФ, в украинский Днепропетровск и во Францию. Так как на новом месте поселились не только керкенджцы, но и беженцы из Баку, бывшие родом из Карабаха, с этими “карабахскими” армянами в первые годы у керкенджцев возникали трения и разногласия. С жителями соседнего села Мецаван, бывшего “Шахназар”, у керкенджцев тоже возникали конфликтные ситуации. Местные называли дзюнашохцев “приезжие”, а в особо горячие моменты говорили им даже “турк” — турок, что в армянском обыденном сознании является большим оскорблением. При этом сами керкенджцы отмечают, что мецаванцы переселились из Турции и в их диалекте много турецких слов. Также керкенджцами был найден ещё один изъян мецаванцев — их католическая вера, а в “единой армянской нации”, если кто не знает, есть и католики, в частности нынешний президент Армении католик и таких “неправильных” армян называют “франки”.</w:t>
      </w:r>
    </w:p>
    <w:p>
      <w:r>
        <w:t>Хотя в цитируемом нами в данной заметке исследовании армянский автор говорит, что слово “турк”, применительно к азербайджанцам, которых так обозначают в Армении, не несёт негативной окраски, всё же это не вполне верное утверждение. В 99-ти случаях из 100 это слово несёт именно негативную, уничижительную характеристику, что отлично ощущали на себе иногда азербайджанцы жившие в Армянской ССР, и что отчётливо видно даже из поверхностного анализа высочайшей культуры общения и дискуссий между собой у современных армянских буржуазных политиков в армянском буржуазном политическом пространстве, а также в менее испорченном культурными изысками армянском обывательском быту.</w:t>
      </w:r>
    </w:p>
    <w:p>
      <w:r>
        <w:t>Ещё интересен факт того, что керкенджцы поддерживали связь с другим селом, находящимся рядом через границу в Грузии. Это приграничное азербайджанское село Ирганчай. Большинство старших керкенджцев владеют азербайджанским и с ирганчайцами говорят на их языке. В первые годы после переселения керкенджцы устанавливали посты дежурства, опасаясь нападения из Ирганчая. Потом начали постепенно торговать. В период сенокоса из-за нехватки рабочих рук керкенджцы договаривались с азербайджанцами из Ирганчая, чтобы они приходили косить сено, которое потом делят пополам. В этот период пересечение границы принимает официальный характер, с предъявлением пограничникам письменного разрешения главы региона.</w:t>
      </w:r>
    </w:p>
    <w:p>
      <w:r>
        <w:t>Керкенджцы также поддерживали личные связи с азербайджанцами из Ирганчая, приглашали их к себе и сами ходили как на торжества, так и на скорбные мероприятия или просто друг другу в гости. Пешее пересечение границы для селян не составляло проблем, по причине близкого расположения сёл и лояльного отношения пограничников к местным жителям. По крайней мере на период 2007 года это была актуальная информация.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Женщина из села Керкендж. Дзюнашох (Кызыл-Шафаг), Армения, 2006 г. Фото А. Акопяна</w:t>
      </w:r>
    </w:p>
    <w:p>
      <w:r>
        <w:t xml:space="preserve">Из-за активной миграции в Дзюнашохе осталось мало жителей. По данным сельской администрации, на период 2007 года, было всего 241 </w:t>
      </w:r>
      <w:r>
        <w:t>человек. Кроме керкенджских и бакинских армян здесь есть семьи из Грузии, из соседнего села Мецаван, из Еревана. По относительно свежим данным доступным в сети интернет, на 2018 год в Дзюнашохе оставалось всего восемь семей переселенцев из Керкенджа.</w:t>
      </w:r>
    </w:p>
    <w:p>
      <w:r>
        <w:t>Кызыл-шафагцы в Керкендже тоже испытывают на себе все горести вынужденного переселения на новое место. Уже с приездом в Керкендж они стали свидетелями развала советского колхозного хозяйства и сельской инфраструктуры. В первое время переезда в селе ещё работали и магазин, и почта, и медпункт. Потом национальные интересы нового буржуазного азербайджанского государства разошлись со стимулами содержать и платить за все эти бесприбыльные учреждения.</w:t>
      </w:r>
    </w:p>
    <w:p>
      <w:r>
        <w:t>Сильное негативное влияние на адаптацию привычных к жизни в горах кызыл-шафагцев оказал климат, слишком жаркий для них. Многие из переселенцев умирали, пополняя разросшееся новое мусульманское кладбище.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Новое азербайджанское кладбище села Керкендж. На заднем плане армянское кладбище. Село Керкендж, Азербайджан, 2006 г. Фото С. Румянцева</w:t>
      </w:r>
    </w:p>
    <w:p>
      <w:r>
        <w:t>Как и керкенджцы в Армении, кызыл-шафагцы решили переименовать село в Кызыл-Шафаг, в память об оставленной малой родине. Но так как по мнению властей “Керкендж” это было не армянское, а тюркское название, то ничего не угрожало национальным интересам, следовательно в переименовании нет надобности. Только колхозу организованному переселенцами удалось дать название Кызыл-Шафаг. Следует отметить, что переезд осуществлявшийся в советское время требовал по прибытии на место соблюдения советских законов экономического хозяйствования. Все хозяйство совхоза Кызыл-Шафаг было официально передано переселенцам-армянам, а соответственно, в Керкендже все хозяйство было принято уже азербайджанцами.</w:t>
      </w:r>
    </w:p>
    <w:p>
      <w:r>
        <w:t>Кызыл-шафагцы на новом месте сумели организовать хороший колхоз, отремонтировать и купить технику, помимо культивирования винограда они увеличили поголовье скота, сделав востребованными на новом месте привычные им навыки и опыт хозяйствования. С развалом СССР кызыл-шафагцы решили сохранить коллективное хозяйство, руководство осталось за прежним директором совхоза Байрамом Аллазовым:</w:t>
      </w:r>
    </w:p>
    <w:p>
      <w:pPr>
        <w:pStyle w:val="IntenseQuote"/>
      </w:pPr>
    </w:p>
    <w:p>
      <w:r>
        <w:rPr>
          <w:i/>
        </w:rPr>
        <w:t xml:space="preserve">«Когда была аграрная реформа, народ ставил вопрос, чтобы давайте… </w:t>
      </w:r>
      <w:r>
        <w:rPr>
          <w:i/>
        </w:rPr>
        <w:t>вместе будем работать, каждый вопрос ставил, чтобы только мы знали у нас какая земля, сколько гектар для каждой семьи, знали свою землю, знали &lt;…&gt; И до сих пор работаем… Э-э, виноградный сад &lt;…&gt; Там тоже у каждого есть своя доля, гектар, сот, в общем. Производим виноград. До прошлого года работали так: пахали, сеяли, косили &lt;…&gt; всё зерно в склад. Оттуда бесплатно членам коллектива раздали… До прошлого года. (!) А в прошлом году я… Уже чувствую… мне трудно, устаю, и возраст тоже не позволяет. Я сказал, товарищи, давайте возьмите землю… сами сейте, сами пашите, сами косите. В общем, последний год в прошлом году раздал»</w:t>
      </w:r>
      <w:r>
        <w:t xml:space="preserve"> [20].</w:t>
      </w:r>
    </w:p>
    <w:p>
      <w:r>
        <w:t>Получается, что как минимум до 2006 года кызыл-шафагцам удавалось сохранять коллективную форму хозяйства, что весьма похвально, но и они неизбежно отступили перед новой объективной капиталистической реальностью. В том же году, по данным азербайджанских исследователей, из 157 домов пустовало 20-30 и признаков возможного опустения села ещё не наблюдалось, с учётом того, что основной контингент жителей деревни были люди от 40 и более лет.</w:t>
      </w:r>
    </w:p>
    <w:p>
      <w:r>
        <w:t>Завершить же эту заметку хотелось бы словами самих переселенцев, многих из которых уже, возможно, сегодня нет в живых. Их мысли об утерянной родине, для азербайджанцев — лесистые горы Калининского (в их бытность), района Армянской ССР, для армян — покрытые виноградниками холмы близ их родного Керкенджа в Шемахинском районе Азербайджанской ССР, очень интересны. Их пример взаимного доверия и достойной настоящего Человека способности вести между собой диалог, находя позитивные решения в ситуациях, где любые националисты резали бы враг врагу глотки и пускали кровь — вызывают уважение. Многим из нас точно есть чему поучиться у этих “простых тружеников”, как высокомерно величают таких людей те, “на ком — как они сами утверждают — держится весь мир”: буржуазные интеллигентики, эффективные хозяйчики, лавочники, ростовщики-банкиры, “народные олигархи” и их ручные политики лёгкого поведения, и все прочие паразитарные формы жизни бурно имитирующие титанический труд и выдающие мракобесие за “гениальный полёт мысли”.</w:t>
      </w:r>
    </w:p>
    <w:p>
      <w:pPr>
        <w:pStyle w:val="IntenseQuote"/>
      </w:pPr>
      <w:r>
        <w:br/>
      </w:r>
      <w:r>
        <w:br/>
      </w:r>
      <w:r>
        <w:br/>
      </w:r>
    </w:p>
    <w:p>
      <w:r>
        <w:rPr>
          <w:i/>
        </w:rPr>
        <w:t>«Там и с нашей семьей все было в порядке. Да и сами тоже. Поглядите, что на нашу голову случилось, и где мы очутились. Я не знаю, поверите ли вы, но клянусь Аллахом, мы там жили…как в раю. &lt;…&gt; Не было такой жары, такой дороговизны. Там можно было продать овцу за 1000 рублей, т.е. за 100 рублей старыми деньгами и месяц содержать 7-8 семей. А здесь сейчас, килограмм мяса 2 ширвана с половиной (5 долларов) кажется».</w:t>
      </w:r>
    </w:p>
    <w:p>
      <w:r>
        <w:rPr>
          <w:i/>
        </w:rPr>
        <w:t>«Неправильно сейчас нам хвалить то, что имели там, все это обман. Дай бог им здоровья (аксакалам), привезли нас сюда, кое-как живем, выкручиваемся. Это как у русских говорят – существуем, э-э, существуем (по-русски). Это как и не живешь и не умираешь, т.е. как бы не идешь так прямо, а иногда падаешь, иногда поднимаешься на ноги. В общем, что еще вам рассказать. Там у меня машина была своя. &lt;…&gt; Сам я преподавал в училище. 18 лет проработал в училище. &lt;…&gt; Вообще хорошо мы там жили, отлично там было. 300 рублей! 300 рублей я получал зарплату в училище! Обстановка там, конечно, была очень, очень хорошая».</w:t>
      </w:r>
    </w:p>
    <w:p>
      <w:r>
        <w:rPr>
          <w:i/>
        </w:rPr>
        <w:t xml:space="preserve">«&lt;…&gt;Там и климат другой был, там и образ жизни совсем другой был, там река текла. Там… родники, чистая родниковая вода. Когда ходили во время, до сенокоса, как ковер, разнообразные, миллионы цветов. Сидел и думал, что вокруг тебя облили каким-то ароматом… духами. Такая у нас была природа! Ну, там в советское время, конечно, все жили как-то </w:t>
      </w:r>
      <w:r>
        <w:rPr>
          <w:i/>
        </w:rPr>
        <w:t xml:space="preserve">равномерно. Богатые люди там те были, которые сидели на должностях. </w:t>
      </w:r>
      <w:r>
        <w:rPr>
          <w:i/>
        </w:rPr>
        <w:t>(смеется) А все остальные жили одинаково».</w:t>
      </w:r>
    </w:p>
    <w:p>
      <w:r>
        <w:rPr>
          <w:i/>
        </w:rPr>
        <w:t xml:space="preserve">«Когда мы только переехали, здесь вода была… вода шла, но людей было </w:t>
      </w:r>
      <w:r>
        <w:rPr>
          <w:i/>
        </w:rPr>
        <w:t xml:space="preserve">не так много, ходили, стояли в очереди за водой. И теперь ходим за водой, </w:t>
      </w:r>
      <w:r>
        <w:rPr>
          <w:i/>
        </w:rPr>
        <w:t>вниз деревни, на ослах воду приносим. Остальные колодцы все пересохли, да здесь плюешься, плевок в воздухе высыхает. Что здесь есть хорошего? Клянусь Аллахом, если бы вы видели, как мы там жили! Мы как будто в раю жили, перед нашим домом протекала широкая речка, а сколько колодцев было у нас в деревне! &lt;…&gt; Говорят же, лягушки на засушливых местах. Вот так и мы такие же лягушки, копошимся здесь. &lt;…&gt; Что здесь есть?!»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Жительница села идет к источнику за водой. Село Керкендж, Азербайджан, 2006 г.» Фото С. Гусейновой</w:t>
      </w:r>
    </w:p>
    <w:p>
      <w:r>
        <w:rPr>
          <w:i/>
        </w:rPr>
        <w:t>«Все же родина, хочешь, не хочешь, а когда едешь в Грузию, начинаешь спрашивать, знают ли такой район, видели ли такую деревню, что слышно, как там дела, в каком состоянии вообще, расспрашиваешь об этом».</w:t>
      </w:r>
    </w:p>
    <w:p>
      <w:r>
        <w:rPr>
          <w:i/>
        </w:rPr>
        <w:t xml:space="preserve">«Нельзя сравнивать, как мы тогда жили и как сейчас живем, так это разные государственные устои. Тот устой назывался народной властью – работаешь – получаешь – живешь. А сейчас – хочешь работать, а работы нет. А вот вопрос земли… в советских законах не было такого, и все подчинялись закону. И даже в голову не могло прийти, возможно </w:t>
      </w:r>
      <w:r>
        <w:rPr>
          <w:i/>
        </w:rPr>
        <w:t xml:space="preserve">ли такое (!), чтобы в советское время проявилось неуважение к закону и </w:t>
      </w:r>
      <w:r>
        <w:rPr>
          <w:i/>
        </w:rPr>
        <w:t xml:space="preserve">поднялся вопрос территориальных претензий. Дайте нам землю! </w:t>
      </w:r>
    </w:p>
    <w:p>
      <w:r>
        <w:rPr>
          <w:i/>
        </w:rPr>
        <w:t xml:space="preserve">Какая </w:t>
      </w:r>
      <w:r>
        <w:rPr>
          <w:i/>
        </w:rPr>
        <w:t>земля! И земля твоя, и государство твое, и правительство твое, и богатство твое! Как можно было такое предсказать! Клянусь Аллахом, я вообще не поверил, не может такого быть. Хотят землю… Армянский народ требует землю! А-а, что это такое, разве такое возможно! Что за государство! Мы же не были так воспитаны, что… это твоя земля, это моя земля. Что за разговоры! И земля общая и государство общее!».</w:t>
      </w:r>
    </w:p>
    <w:p>
      <w:r>
        <w:t xml:space="preserve">Сегодня можно сказать, что много крови пролилось с тех времён, когда керкенджцы и кызыл-шафагцы проявили добрую волю и гуманный разум, присущие роду людскому, но столь редко используемые людьми в жизненных ситуациях. За Карабахской войной 1992-1994 года унесшей тысячи жизней, в 2020 году началась следующая, ненасытную утробу которой пополнили тысячи жизней уже новых поколений армян и азербайджанцев, курдов, лезгин, талышей, лазов, русских …, тех самых детей XXI века, о которых в 1960-х годах думали-мечтали как о покорителях космоса, учёных, инженерах, тружениках нового сообщества людей, нацеленных на уменьшение страдания, а не на увеличение его. </w:t>
      </w:r>
    </w:p>
    <w:p>
      <w:r>
        <w:t>Те кто начал эту, очевидно, не последнюю “последнюю” Карабахскую войну 2020 года, сделали всё, чтобы утопить в крови пример и позитивный опыт керкенджцев и кызыл-шафагцев, не начинавших и не желавших этой войны ни в 1990-х годах, ни в 2020 году. Было сделано всё, чтобы внуки и правнуки этих людей, заключивших в 1989 году договор, заботившихся о кладбищах друг друга, были вовлечены в жернова войны и залили своей кровью все усилия дедов и бабушек, отцов и матерей. Голос разума и доброй воли должен захлебнуться кровью в угоду “национальным интересам” буржуазных карликов, на потеху сытым патрициям восседающим в ложах мирового Колизея.</w:t>
      </w:r>
      <w:r>
        <w:br/>
      </w:r>
      <w:r>
        <w:br/>
      </w:r>
    </w:p>
    <w:p>
      <w:r>
        <w:t>История азербайджанцев и армян, поменявшихся кровом и заботой о памяти предков, словно белоснежная песчинка на арене засыпанной чёрным от крови песком. Из года в год этой преданной забвению истории наносятся жестокие удары с обеих сторон армяно-азербайджанского конфликта, делая её краски всё тусклее и, кажется, Карабахская война 2020 года должна нанести окончательный сокрушительный удар по доброй воле оставшихся верными договору керкенджцев и кызыл-шафагцев.</w:t>
      </w:r>
    </w:p>
    <w:p>
      <w:r>
        <w:t>В нынешних государствах армян и азербайджанцев установилась отнюдь не народная власть и хозяева этих государств не умеют мирным путём разрешать конфликты. Они грязным сапогом, прикладом автомата, ракетой беспилотника, циничной ложью и неутолимой жаждой всё больших прибылей втаптывают в грязь и эту 75-ти летнюю женщину, слова которой мы приводим ниже, и всех тех немногих, кто считает, что мирно решать проблемы — это хорошо:</w:t>
      </w:r>
    </w:p>
    <w:p>
      <w:pPr>
        <w:pStyle w:val="IntenseQuote"/>
      </w:pPr>
      <w:r>
        <w:br/>
      </w:r>
    </w:p>
    <w:p>
      <w:r>
        <w:rPr>
          <w:i/>
        </w:rPr>
        <w:t>«Война… Знаешь… Давно была большая война… с Германией.</w:t>
      </w:r>
    </w:p>
    <w:p>
      <w:r>
        <w:rPr>
          <w:i/>
        </w:rPr>
        <w:t xml:space="preserve">Ты не знала, но тебе, наверное, отец рассказывал. Да и твой отец был ребенком тогда. Так вот с той войны… С нашей деревни 100 парней не вернулось. 100 парней! Были среди них только сыгравшие свадьбу, у которых еще детей не было. Были среди них и такие, у которых по одному, двое детей было. У моего дяди было 9 сыновей, из них семеро ушли на войну и только двое вернулись, остальные погибли. Прекрасные были парни, словами не опишешь. Наш мяхля (квартал села) находился на горе. Много домов на горе. Называли нас дямирчиляр (азерб. кузнецы). И из каждого дома по трое-четверо человек не вернулись с этой большой войны. Столько страданий от той войны. И почему сейчас в Карабахе должна быть война? У меня один внук отслужил в армии, а другой еще </w:t>
      </w:r>
      <w:r>
        <w:rPr>
          <w:i/>
        </w:rPr>
        <w:t xml:space="preserve">служит. И вот я каждый день и днем, и ночью только и делаю, что молюсь Аллаху, чтобы не было войны, чтобы не погибали чьи-то дети. Сколько в Карабахе погибло деревень, и большая деревня Ходжалы и другие деревни! Вот… А во время большой войны и из нашей деревни, и из </w:t>
      </w:r>
      <w:r>
        <w:rPr>
          <w:i/>
        </w:rPr>
        <w:t>райцентра, да и других городов, как так получилось, почти все парни молодые погибли. Не нужно, чтобы война опять случилась. Война… Это сложно… Мирным путем получится. Мирно – это хорошо».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Майга-ханум на пороге своего нового дома в селе Керкендж, Азербайджан, 2006 г. Фото С. Гусейновой</w:t>
      </w:r>
    </w:p>
    <w:p>
      <w:r>
        <w:t>Мы не думаем что Аллах, Иисус и любое другое божество поможет людям избежать войны. Мы уверены, что встать на путь мирного решения конфликтов способны только такие труженики, как те, что сделали возможной дальнейшую созидательную жизнь в Керкендже и Кызыл-Шафаге. С другой стороны на фоне всего происходящего в Закавказье и в мире, эта история выглядит из ряда вон выходящей, некоей ошибкой, незначительной погрешностью в этноцентричных национальных расчётах, которой, как погрешностью в физических уравнениях, можно смело пренебречь, что собственно и делают армяне и азербайджанцы, агрессивно отстаивая капитальные “национальные интересы” своих(?) государств.</w:t>
      </w:r>
    </w:p>
    <w:p>
      <w:r>
        <w:t>Максима “Социализм или варварство”, когда-то выдвинутая Розой Люксембург, становится, казалось бы, как нельзя более актуальной для армянского и азербайджанского тружеников. Однако посмотрим правде в глаза, практика показывает что вчера, сегодня и завтра народы Закавказья выбирают в этой максиме последнее. Осознанный это выбор или нет, не суть важно. Важно то, что это не отменяет ответственности всех и каждого перед будущим, в котором:</w:t>
      </w:r>
    </w:p>
    <w:p>
      <w:pPr>
        <w:pStyle w:val="ListBullet"/>
        <w:numPr>
          <w:numId w:val="10"/>
        </w:numPr>
      </w:pPr>
      <w:r>
        <w:t>ваши дети и внуки либо расстанутся с жизнью в модернизированных окопах после удара высокотехнологичной роботизированной системы по уничтожению живой силы противника, собранной из микроэлектроники, компонентов и узлов, разработанных и произведённых в странах с развитой наукой и техникой, капиталисты которых на этом будут увеличивать прибыли;</w:t>
      </w:r>
    </w:p>
    <w:p>
      <w:pPr>
        <w:pStyle w:val="ListBullet"/>
      </w:pPr>
      <w:r>
        <w:t>либо ваши дети и внуки проживут сознательную и созидательную жизнь улучшая окружающую среду, делая научные и технические открытия призванные не массово уничтожать людей, а дающие людям возможность жить, развиваться и вносить вклад в общее благо, ведущее к личному благополучию каждого.</w:t>
      </w:r>
    </w:p>
    <w:p>
      <w:r>
        <w:t>Нет сомнений, что у национал-патриотов имеется свой вариант будущего:</w:t>
      </w:r>
    </w:p>
    <w:p>
      <w:pPr>
        <w:pStyle w:val="ListBullet"/>
        <w:numPr>
          <w:numId w:val="11"/>
        </w:numPr>
      </w:pPr>
      <w:r>
        <w:t>быстренько стать могучей и самостоятельной державой; развить до 99 уровня национальную науку и технику, в чём им помогут родные капиталисты, а если не помогут, то они их заставят; самим производить высокотехнологичные орудия убийства; создать непобедимую национальную армию, монолитную единым национальным духом и национальными генами, а для этого всего необходим основательный фундамент и у них он будет — это столь же монолитное национальное общество без социально-экономических противоречий. И уж тогда они всей могучей мощью национальной армии, подкреплённой парой батальонов Терминаторов собственного производства, пойдут на вековечного врага и навешают ему что положено.</w:t>
      </w:r>
    </w:p>
    <w:p>
      <w:r>
        <w:t>Хотя в программах национал-патриотов чётко не указывается, что же будет в итоге с сокрушенным врагом, очевидно, что врага им придётся стереть с лица Земли, потому что, как известно, национальные интересы “</w:t>
      </w:r>
      <w:r>
        <w:t>über alles”. Что ж, бог с ними.</w:t>
      </w:r>
    </w:p>
    <w:p>
      <w:r>
        <w:t>Для тех читателей, кто заинтересовался затронутой нами историей, прикрепляем ссылки на короткий документальный фильм по теме на армянском и азербайджанском языках с английскими субтитрами:</w:t>
      </w:r>
    </w:p>
    <w:p/>
    <w:p>
      <w:r>
        <w:rPr>
          <w:b/>
          <w:color w:val="FF0000"/>
        </w:rPr>
        <w:t>Неподдерживаемый элемент: IFRAME</w:t>
      </w:r>
    </w:p>
    <w:p>
      <w:r>
        <w:t xml:space="preserve">И </w:t>
      </w:r>
      <w:hyperlink r:id="rId11">
        <w:r>
          <w:rPr>
            <w:color w:val="0000FF"/>
            <w:u w:val="single"/>
          </w:rPr>
          <w:t>книгу в PDF</w:t>
        </w:r>
      </w:hyperlink>
      <w:r>
        <w:t xml:space="preserve"> формате, которая являлась основным источником при написании данной заметки.</w:t>
      </w:r>
    </w:p>
    <w:p>
      <w:r>
        <w:t xml:space="preserve">Автор: </w:t>
      </w:r>
      <w:r>
        <w:rPr>
          <w:b/>
        </w:rPr>
        <w:t>Рубен Мхитарян</w:t>
      </w:r>
    </w:p>
    <w:p>
      <w:r>
        <w:rPr>
          <w:b/>
        </w:rPr>
        <w:t>Источники:</w:t>
      </w:r>
    </w:p>
    <w:p>
      <w:r>
        <w:t>[1] Севиль Гусейнова, Арсен Акопян, Сергей Румянцев “Кызыл-Шафаг и Керкендж: история обмена селами в ситуации Карабахского конфликта”, Тбилиси, ФГБ, 2008, с. 17</w:t>
      </w:r>
    </w:p>
    <w:p>
      <w:r>
        <w:t>[2] Там же, с. 13</w:t>
      </w:r>
    </w:p>
    <w:p>
      <w:r>
        <w:t>[3] Там же, с. 15</w:t>
      </w:r>
    </w:p>
    <w:p>
      <w:r>
        <w:t>[4] Там же, с. 18-19</w:t>
      </w:r>
    </w:p>
    <w:p>
      <w:r>
        <w:t>[5] Там же, с. 19</w:t>
      </w:r>
    </w:p>
    <w:p>
      <w:r>
        <w:t>[6] Там же, с. 16</w:t>
      </w:r>
    </w:p>
    <w:p>
      <w:r>
        <w:t>[7] Там же, с. 19, с. 14</w:t>
      </w:r>
    </w:p>
    <w:p>
      <w:r>
        <w:t>[8] Там же, с. 48</w:t>
      </w:r>
    </w:p>
    <w:p>
      <w:r>
        <w:t>[9] Там же, с. 54</w:t>
      </w:r>
    </w:p>
    <w:p>
      <w:r>
        <w:t>[10] Там же, с. 56</w:t>
      </w:r>
    </w:p>
    <w:p>
      <w:r>
        <w:t>[11] Там же, с. 71</w:t>
      </w:r>
    </w:p>
    <w:p>
      <w:r>
        <w:t>[12] Там же, с. 64</w:t>
      </w:r>
    </w:p>
    <w:p>
      <w:r>
        <w:t>[13] Там же, с. 65</w:t>
      </w:r>
    </w:p>
    <w:p>
      <w:r>
        <w:t>[14] Там же, с. 75</w:t>
      </w:r>
    </w:p>
    <w:p>
      <w:r>
        <w:t>[15] Там же, с. 99</w:t>
      </w:r>
    </w:p>
    <w:p>
      <w:r>
        <w:t>[16] Там же, с. 95</w:t>
      </w:r>
    </w:p>
    <w:p>
      <w:r>
        <w:t>[17] Там же, с. 99</w:t>
      </w:r>
    </w:p>
    <w:p>
      <w:r>
        <w:t>[18] Там же, с. 103</w:t>
      </w:r>
    </w:p>
    <w:p>
      <w:r>
        <w:t>[19] Там же, с. 108-109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kyzyl-shafag-i-kerkendzh-govoryat-li-vam-chto-nibud-eti-nazvaniya" TargetMode="External"/><Relationship Id="rId11" Type="http://schemas.openxmlformats.org/officeDocument/2006/relationships/hyperlink" Target="https://disk.yandex.ru/i/Oar3-PYYZbpRRQ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