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Армянская Лениниана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2020-04-17</w:t>
      </w:r>
    </w:p>
    <w:p>
      <w:pPr/>
      <w:r>
        <w:t>13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распространении марксизма-Ленинизма в Армении большую роль сыграли перевод и издание на армянском языке трудов </w:t>
      </w:r>
      <w:r>
        <w:rPr>
          <w:b/>
        </w:rPr>
        <w:t>В.И. Ленина.</w:t>
      </w:r>
      <w:r>
        <w:t xml:space="preserve"> Произведения великого вождя трудящихся были известны армянским революционерам еще в 90-х годах прошлого столетия. Одна из ранних ленинских работ — сборник «Экономические этюды и статьи», вышедший в октябре 1898 г. и подписанный «Владимир Ильин», в свое время дошел до Армении. Экземпляр книги был передан алавердским горнякам выдающимся деятелем Коммунистической партии, верным соратником и учеником В.И. Ленина </w:t>
      </w:r>
      <w:r>
        <w:rPr>
          <w:b/>
        </w:rPr>
        <w:t>С.Г</w:t>
      </w:r>
      <w:r>
        <w:t xml:space="preserve">. </w:t>
      </w:r>
      <w:r>
        <w:rPr>
          <w:b/>
        </w:rPr>
        <w:t>Шаумяном.</w:t>
      </w:r>
      <w:r>
        <w:t xml:space="preserve"> Книга читалась и перечитывалась рабочими, она нелегально переходила из рук в руки.</w:t>
      </w:r>
    </w:p>
    <w:p>
      <w:r/>
    </w:p>
    <w:p>
      <w:r>
        <w:t xml:space="preserve">Под влиянием русской революционной мысли в Закавказье в конце 80-х годов XIX в. получает распространение марксизм, создаются социал-демократические организации. Первые попытки издания марксистской литературы на армянском языке предприняли студенты, обучавшиеся в городах России и Европы. С 80-х годов некоторые из них устанавливают связи с </w:t>
      </w:r>
      <w:r>
        <w:rPr>
          <w:b/>
        </w:rPr>
        <w:t>Г.В. Плехановым</w:t>
      </w:r>
      <w:r>
        <w:t xml:space="preserve">, знакомятся с деятельностью группы «Освобождение труда». Г. Караджян (С.Т. Аркомед) в 1887 г. переводит на армянский язык </w:t>
      </w:r>
      <w:r>
        <w:rPr>
          <w:b/>
        </w:rPr>
        <w:t>«Манифест Коммунистической партии»</w:t>
      </w:r>
      <w:r>
        <w:t xml:space="preserve"> </w:t>
      </w:r>
      <w:r>
        <w:rPr>
          <w:b/>
        </w:rPr>
        <w:t>К. Маркса и Ф. Энгельса</w:t>
      </w:r>
      <w:r>
        <w:t>. В 1893-1894 гг. в Штутгарте И. Атабекянц переводит на армянский язык «Манифест Коммунистической партии» и труд Ф. Энгельса «Развитие социализма от утопии к науке».</w:t>
      </w:r>
    </w:p>
    <w:p>
      <w:r>
        <w:t>Большой интерес представляют переписка И. Атабекянца с Ф. Энгельсом и письмо Ф. Энгельса Лауре Лафарг от 29 декабря 1894 г., где он сообщает о получении армянского перевода «Манифеста Коммунистической партии».</w:t>
      </w:r>
    </w:p>
    <w:p>
      <w:r>
        <w:t xml:space="preserve">В пропаганде марксизма-ленинизма, развертывании революционного движения, формировании, укреплении социал-демократических организаций в Закавказье огромную роль сыграли ленинская </w:t>
      </w:r>
      <w:r>
        <w:rPr>
          <w:b/>
        </w:rPr>
        <w:t>«Искра»</w:t>
      </w:r>
      <w:r>
        <w:t xml:space="preserve"> и искровские издания, которые широко распространялись в Армении. Поступали они из нелегальной бакинской типографии «Нина» и непосредственно из-за границы. Материалы Центрального государственного исторического архива Армянской ССР свидетельствуют о том, что в 1901 —1903 гг. большое количество номеров «Искры» было получено в Эривани, Александрополе (ныне Гюмри), Джалалоглы (ныне Степанаван), Карсе и других местах. В феврале — мае 1903 г. в Эривань через Австрию (из экспедиционного пункта ЦК РСДРП) поступили в нескольких экземплярах десять номеров (№№ 28-37) «Искры».</w:t>
      </w:r>
    </w:p>
    <w:p>
      <w:r>
        <w:t>Издание и распространение трудов К. Маркса, Ф. Энгельса и В.И. Ленина на армянском языке были важнейшей частью деятельности армянских марксистов-революционеров. Преодолевая всевозможные трудности подполья, они распространяли марксистско-ленинские идеи среди трудящихся масс, поднимали их на борьбу против царизма, помещиков и буржуазии.</w:t>
      </w:r>
    </w:p>
    <w:p>
      <w:r>
        <w:t xml:space="preserve">Издание первой армянской газеты ленинско-искровского направления </w:t>
      </w:r>
      <w:r>
        <w:rPr>
          <w:b/>
        </w:rPr>
        <w:t>«Пролетариат»</w:t>
      </w:r>
      <w:r>
        <w:t xml:space="preserve"> в октябре 1902 г. неразрывно связано с именем В.И. Ленина. Хотя газета выходила в Тифлисе, но адресом своим по конспиративным соображениям указывала Женеву.</w:t>
      </w:r>
    </w:p>
    <w:p>
      <w:r>
        <w:t>В.И. Ленин, получив за границей «Пролетариат», ознакомился с его содержанием. 28 января 1903 г. он писал из Лондона Г.В. Плеханову:</w:t>
      </w:r>
    </w:p>
    <w:p>
      <w:pPr>
        <w:pStyle w:val="IntenseQuote"/>
      </w:pPr>
      <w:r>
        <w:br/>
      </w:r>
    </w:p>
    <w:p>
      <w:r>
        <w:rPr>
          <w:i/>
        </w:rPr>
        <w:t>«Армянский «Пролетариат» (с надписью Рос(сийская) С(оциал)-Д(емократическая) Р(абочая) П(артия) получил я здесь уже несколько дней и одну рукопись (заметку о нем): (Это уже, видимо, для № 33, о я еще не разбирал. Во всяком случае, привести интересное оттуда не мешает. Я Вам еще напишу об этом), постараюсь поместить в № 33.</w:t>
      </w:r>
    </w:p>
    <w:p>
      <w:r>
        <w:rPr>
          <w:i/>
        </w:rPr>
        <w:t>Посылаю Вам и «Пролетариат». Пожалуйста, попросите Лалаянца или другого кого перевести целиком отсюда все о национализме и федерализме и прислать мне поскорее. Надо бы заметку о них поместить непременно (присланная заметка нуждается в исправлении, а для этого нужен текст)».</w:t>
      </w:r>
    </w:p>
    <w:p>
      <w:r>
        <w:t>В.И. Ленин обстоятельно изучил материалы первого номера «Пролетариата» и написал о нем специальную статью, которая, как он и обещал, была напечатана в № 33 «Искры» от 1 февраля 1903 г. Владимир Ильич отмечал:</w:t>
      </w:r>
    </w:p>
    <w:p>
      <w:pPr>
        <w:pStyle w:val="IntenseQuote"/>
      </w:pPr>
    </w:p>
    <w:p>
      <w:r>
        <w:rPr>
          <w:i/>
        </w:rPr>
        <w:t>«На Кавказе появилась новая социал-демократическая организация: «Союз армянских демократов». Союз этот, как нам известно, более полугода как начал свою практическую деятельность и имеет уже свои орган на армянском языке. Нами получен № 1 этого органа, называемого «Пролетариат»».</w:t>
      </w:r>
    </w:p>
    <w:p>
      <w:r>
        <w:t>Анализируя материалы «Пролетариата» и манифест «Союза», В. И. Ленин писал:</w:t>
      </w:r>
    </w:p>
    <w:p>
      <w:pPr>
        <w:pStyle w:val="IntenseQuote"/>
      </w:pPr>
    </w:p>
    <w:p>
      <w:r>
        <w:rPr>
          <w:i/>
        </w:rPr>
        <w:t>«Мы от всей души приветствуем Манифест «Союза армянских социал-демократов» и особенно замечательную попытку его дать правильную постановку по национальному вопросу. Было бы весьма желательно, чтобы эта попытка была доведена до конца».</w:t>
      </w:r>
    </w:p>
    <w:p>
      <w:r>
        <w:t xml:space="preserve">Первым произведением В. И. Ленина, переведенным на армянский язык, была статья </w:t>
      </w:r>
      <w:r>
        <w:rPr>
          <w:b/>
        </w:rPr>
        <w:t>«Самодержавие колеблется»</w:t>
      </w:r>
      <w:r>
        <w:t xml:space="preserve">, помещенная в газете «Искра» (№35 от 1 марта 1903 г.). Перевод был опубликован в газете </w:t>
      </w:r>
      <w:r>
        <w:rPr>
          <w:b/>
        </w:rPr>
        <w:t>«Пролетариати крив»</w:t>
      </w:r>
      <w:r>
        <w:t xml:space="preserve"> («Борьба пролетариата») — органе Кавказского союзного комитета РСДРП.</w:t>
      </w:r>
    </w:p>
    <w:p>
      <w:r>
        <w:t>По инициативе Владимира Ильича после II съезда РСДРП в Женеве в феврале 1904 г. при издательстве ЦК партии создается комиссия по изданию социал-демократической литературы на грузинском и армянском языках. Комиссия, где по поручению В.И. Ленина работал С.Г. Шаумян, за короткий срок создает партийную типографию, приобретает армянские литеры и приступает к изданию марксистских листовок, воззваний, брошюр и книг. В марте 1904 г. в женевской партийной типографии были изданы на армянском языке Устав РСДРП, «Программа Российской социал-демократической рабочей партии», принятая II съездом, «Извещение о втором очередном съезде Российской социал-Демократической рабочей партии, «Резолюции II съезда РСДРП», брошюра В.И. Ленина «К деревенской бедноте», листовка ЦК РСДРП «К русскому пролетариату», написанная В. И. Лениным, и др.</w:t>
      </w:r>
    </w:p>
    <w:p>
      <w:r>
        <w:t>Издание на армянском языке листовки «К русскому пролетариату» до сих пор оставалось вне поля зрения исследователей. Нам удалось выяснить, что листовка была издана женевской комиссией на армянском языке, тиражом 7 тыс. экз., и переправлена в Россию, о чем свидетельствуют экземпляры, обнаруженные в Грузинском филиале ИМЛ.</w:t>
      </w:r>
    </w:p>
    <w:p>
      <w:r>
        <w:t>На армянском языке комиссией были изданы также работы К. Маркса, Ф. Энгельса, Г. Плеханова.</w:t>
      </w:r>
    </w:p>
    <w:p>
      <w:r>
        <w:t>Широкое распространение марксистской литературы на армянском языке началось с издания «Манифеста Коммунистической партии» К. Маркса и Ф. Энгельса, перевод которого был осуществлен С.Г. Шаумяном в 1904 г. в Женеве. В этом же году группа армянской революционной молодежи обратилась к С.Г. Шаумяну с просьбой пригласить В.И. Ленина сотрудничать в армянском марксистском сборнике. С.Г. Шаумян 15(28) ноября извещает об этом В. И. Ленина.</w:t>
      </w:r>
    </w:p>
    <w:p>
      <w:r>
        <w:t>Издание трудов В.И. Ленина на армянском языке получило большой размах в период первой русской революции. В те годы в подпольных типографиях Кавказского союзного комитета, Тифлисского, Бакинского, Александропольского и других комитетов РСДРП на армянском языке был напечатан ряд произведений Ильича, в том числе: «Демократические задачи революционного пролетариата», «Извещение о III съезде Российской социал-демократической рабочей партии», «Революционная демократическая диктатура пролетариата и крестьянства», «Проект резолюции по поводу событий на Кавказе», «Три конституции или три порядка государственного устройства», «Третий съезд» и др.</w:t>
      </w:r>
    </w:p>
    <w:p>
      <w:r>
        <w:t xml:space="preserve">Большая заслуга в публикации переводов ленинских работ принадлежит армянской дореволюционной большевистской печати, которой руководили С.Г. Шаумян, </w:t>
      </w:r>
      <w:r>
        <w:rPr>
          <w:b/>
        </w:rPr>
        <w:t>С.С. Спандарян, С.И. Касьян</w:t>
      </w:r>
      <w:r>
        <w:t xml:space="preserve"> (Тер-Каспарянц). Владимир Ильич поддерживал тесную связь с армянскими марксистами и политическими деятелями.</w:t>
      </w:r>
    </w:p>
    <w:p>
      <w:r>
        <w:t xml:space="preserve">В период подготовки и проведения Великой Октябрьской социалистической революции и борьбы за победу Советской власти в Армении вышел ряд армянских изданий трудов классиков марксизма-ленинизма. Только в 1917—1918 гг. было выпущено 26 книг ленинских произведений, в том числе </w:t>
      </w:r>
      <w:r>
        <w:rPr>
          <w:b/>
        </w:rPr>
        <w:t>«Государство и революция»</w:t>
      </w:r>
      <w:r>
        <w:t xml:space="preserve">, </w:t>
      </w:r>
      <w:r>
        <w:rPr>
          <w:b/>
        </w:rPr>
        <w:t>«Карл Маркс», «Письмо к американским рабочим»</w:t>
      </w:r>
      <w:r>
        <w:t xml:space="preserve"> и др.</w:t>
      </w:r>
    </w:p>
    <w:p>
      <w:r>
        <w:t xml:space="preserve">В 1918-1920 гг. </w:t>
      </w:r>
      <w:r>
        <w:rPr>
          <w:b/>
        </w:rPr>
        <w:t>Комиссариат по Армянским делам</w:t>
      </w:r>
      <w:r>
        <w:t xml:space="preserve"> Народного комиссариата по делам национальностей РСФСР осуществил в Москве издание многих работ В.И. Ленина на армянском языке. Заместитель комиссара по армянским делам, известный поэт </w:t>
      </w:r>
      <w:r>
        <w:rPr>
          <w:b/>
        </w:rPr>
        <w:t>Ваан Терян</w:t>
      </w:r>
      <w:r>
        <w:t xml:space="preserve"> в 1919 г. перевел работу В.И. Ленина «Карл Маркс» и его книгу «Государство и революция», послесловие к которой написал </w:t>
      </w:r>
      <w:hyperlink r:id="rId11">
        <w:r>
          <w:rPr>
            <w:color w:val="0000FF"/>
            <w:u w:val="single"/>
          </w:rPr>
          <w:t>А. Мясникян</w:t>
        </w:r>
      </w:hyperlink>
      <w:r>
        <w:t>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Ваан Терян</w:t>
      </w:r>
    </w:p>
    <w:p>
      <w:r>
        <w:t xml:space="preserve">В армянских большевистских газетах </w:t>
      </w:r>
      <w:r>
        <w:rPr>
          <w:b/>
        </w:rPr>
        <w:t>«Коммунист»</w:t>
      </w:r>
      <w:r>
        <w:t xml:space="preserve"> — Баку, </w:t>
      </w:r>
      <w:r>
        <w:rPr>
          <w:b/>
        </w:rPr>
        <w:t>«Кармир астх»</w:t>
      </w:r>
      <w:r>
        <w:t xml:space="preserve"> («Красная звезда») — Краснодар, «Кармир астх» — Тифлис, «Коммунист» — Эривань и других была опубликована телеграмма В.И. Ленина председателю революционного комитета Армении от 2 декабря 1920 г., в которой говорилось:</w:t>
      </w:r>
    </w:p>
    <w:p>
      <w:pPr>
        <w:pStyle w:val="IntenseQuote"/>
      </w:pPr>
    </w:p>
    <w:p>
      <w:r>
        <w:rPr>
          <w:i/>
        </w:rPr>
        <w:t>«Приветствую в лице вас освобожденную от гнета империализма трудовую Советскую Армению. Не сомневаюсь, что вы приложите все усилия для установления братской солидарности между трудящимися Армении, Турции, Азербайджана».</w:t>
      </w:r>
    </w:p>
    <w:p>
      <w:r>
        <w:t>По неполным данным, до установления Советской власти в Армении, с 1903 по 1920 г., на армянском языке в виде брошюр, книг, а также в периодической печати было опубликовано 65 работ Владимира Ильича, общим тиражом 150 тыс. экз. В апреле 1920 г. IX съезд РКП (б) принял решение издать сочинения B.И. Ленина в 20 томах (26 книгах). Это была первая попытка собрать воедино работы В.И. Ленина, осуществленная в 1920-1926 гг. Многие работы, вошедшие в первое издание сочинений В. И. Ленина, как уже отмечалось, были переведены на армянский язык и изданы отдельными книгами. Ряд ленинских произведений был опубликован в периодической печати.</w:t>
      </w:r>
    </w:p>
    <w:p>
      <w:r>
        <w:t xml:space="preserve">В июне 1921 г. по декрету правительства Армянской ССР было основано первое государственное издательство </w:t>
      </w:r>
      <w:r>
        <w:rPr>
          <w:b/>
        </w:rPr>
        <w:t>«Айпетрат»</w:t>
      </w:r>
      <w:r>
        <w:t xml:space="preserve"> (ныне «Айастан»). Первой изданной им книгой была работа К. Маркса «Наемный труд и капитал», переведенная С. Шаумяном еще в 1904 г. Уже более полувека издательство «Айастан» ведет плодотворную работу по выпуску на армянском языке и распространению трудов классиков марксизма ленинизма.</w:t>
      </w:r>
    </w:p>
    <w:p>
      <w:r>
        <w:t xml:space="preserve">В 20-е годы были переведены и изданы многочисленные труды В.И. Ленина, в их числе </w:t>
      </w:r>
      <w:r>
        <w:rPr>
          <w:b/>
        </w:rPr>
        <w:t>«Детская болезнь «левизны» в коммунизме», «Письма из далека», «Что делать?», «Как организовать соревнование», «Шаг вперед, два шага назад».</w:t>
      </w:r>
      <w:r>
        <w:t xml:space="preserve"> В переводе и издании трудов В.И. Ленина на армянском языке большую роль сыграли Институт истории партии при ЦК КП Армении, созданный в марте 1923 г., Армполитиздат, Армянский филиал Института марксизма-ленинизма при ЦК КПСС.</w:t>
      </w:r>
    </w:p>
    <w:p>
      <w:r>
        <w:t>По решению VI съезда Компартии Армении вышли в свет отдельные тома второго и третьего изданий сочинений В.И. Ленина, в том числе: I, III, VI, VII, VIII, XXII, XXV, XXVII, а также избранные сочинения в двух и шести томах (1931-1935 гг.). Первый том сочинений В.И. Ленина на армянском языке (под общей редакцией А. Ханджяна) вышел в свет к 10-й годовщине Советской Армении (1930 г.).</w:t>
      </w:r>
    </w:p>
    <w:p>
      <w:r>
        <w:t xml:space="preserve">В деле издания ленинских работ на армянском языке большая заслуга принадлежит блестящему публицисту </w:t>
      </w:r>
      <w:r>
        <w:rPr>
          <w:b/>
        </w:rPr>
        <w:t>А. Ханджяну</w:t>
      </w:r>
      <w:r>
        <w:t xml:space="preserve">, который возглавил работу редакционной коллегии. Известный армянский писатель </w:t>
      </w:r>
      <w:r>
        <w:rPr>
          <w:b/>
        </w:rPr>
        <w:t>Егише Чаренц</w:t>
      </w:r>
      <w:r>
        <w:t xml:space="preserve"> принимал непосредственное участие в переводе работ В.И. Ленина и их редактировании.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Егише Чаренц </w:t>
      </w:r>
    </w:p>
    <w:p>
      <w:r>
        <w:t>Созданная в Советской Армении комиссия по переводам политической литературы в большой степени способствовала развитию армянской культуры, поставила переводческое дело на государственную основу.</w:t>
      </w:r>
    </w:p>
    <w:p>
      <w:r>
        <w:t>Только в 1930-1935 гг. работы В.И. Ленина в Армении вышли в свет 70 отдельными книгами, а в периодической печати было опубликовано 80 статей, писем, телеграмм и документов. В 1931-1935 гг. Госиздат выпустил избранные произведения В.И. Ленина в шести томах.</w:t>
      </w:r>
    </w:p>
    <w:p>
      <w:r>
        <w:t>До начала Великой Отечественной войны Институтом истории партии при ЦК КП (б) Армении и Армполитиздатом была проделана плодотворная работа по переводу трудов В.И. Ленина на армянский язык и их изданию. В 1939-1948 гг. на армянском языке вышло в свет несколько работ В. И. Ленина, посвященных военному искусству, защите Родины, социалистическому патриотизму. В послевоенные годы, кроме четвертого издания собрания сочинений, на армянском языке вышли в свет десятки ленинских работ, тематических сборников. Только в 1951-1970 гг. отдельными книгами вышло и свет 170 работ, тиражом и 1 600 000 экз. Были выпущены сборники ленинских работ «О союзе рабочего класса и крестьянства», «О тяжелой промышленности страны и развитии электрификации» и др. Армянская Лениниана обогатилась многими изданиями, особенно в 1960 и 1970 гг. в дни празднования 90-летия и 100-летия со дня рождения В.И. Ленина.</w:t>
      </w:r>
    </w:p>
    <w:p>
      <w:r>
        <w:t>В 1962-1964 гг. на армянском языке был издан трехтомник избранных сочинений В.И. Ленина.</w:t>
      </w:r>
    </w:p>
    <w:p>
      <w:r>
        <w:t>В богатом полиграфическом и художественном оформлении вышли серии «Библиотечки Ленина», куда вошли двадцать его работ — «Партийная организация и партийная литература», «Детская болезнь «левизны» в коммунизме», «Что такое «друзья народа» и как они воюют против социал-демократов?», «Империализм, как высшая стадия капитализма», «Материализм и эмпириокритицизм», тематические сборники: «Об авторитете руководителя», «О культурной революции», «О дисциплине», «О науке», «О международном коммунистическом и рабочем движении» и др.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1029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Большим событием явился выпуск на армянском языке четвертого издания Собрания сочинений В. И. Ленина. В 1941-1943 гг. вышли в свет первый и второй тома четвертого издания. Работа, прерванные в годы войны, была возобновлена с октября 1947 г. Институтом истории партии — Армянским филиалом Института марксизма-ленинизма при ЦК КПСС. Завершение выпуска четвертого издания Сочинений В.И. Ленина — наглядное доказательство успехов армянской переводной литературы.</w:t>
      </w:r>
    </w:p>
    <w:p>
      <w:r>
        <w:t>Армянские переводы трудов К. Маркса, Ф. Энгельса, В.И. Ленина не только приобщили наш народ к великим идеям марксизма-ленинизма и к борьбе за их претворение в жизнь, но и подняли на более высокую ступень культуру армянского народа, культуру языка.</w:t>
      </w:r>
    </w:p>
    <w:p>
      <w:r>
        <w:t xml:space="preserve">Большой интерес к армянским изданиям ленинских сочинении проявляют армянские коммунисты и прогрессивные деятели, живущие за рубежом. В 1922 г. в США в серии «Рабочий» вышла в свет на армянском языке в переводе Ваана Теряна работа В.И. Ленина «Государство и революция» (издатель — Армянская рабочая партия). В 1922 г. проживающие в Греции армяне-коммунисты перевели и издали в Салониках речь В.И. Ленина на III Всероссийском съезде Российского Коммунистического Союза Молодежи </w:t>
      </w:r>
      <w:r>
        <w:rPr>
          <w:b/>
        </w:rPr>
        <w:t>«Коммунистическая молодежь и ее задачи»</w:t>
      </w:r>
      <w:r>
        <w:t>.</w:t>
      </w:r>
    </w:p>
    <w:p>
      <w:r>
        <w:t>Новый этап в истории армянской «Ленинианы» — перевод и издание Полного собрания сочинений В.И. Ленина в 55 томах, предпринятое Армянским филиалом ИМЛ при ЦК КПСС. Выпуск этого собрания несомненно является венцом в истории переводов на армянский язык работ классиков марксизма-ленинизма. Оно включает новые ленинские материалы, которые отражают титаническую борьбу Владимира Ильича за создание новой, марксистской партии и ее упрочение, осуществление социалистической революции, становление Советского государства и построение социализма.</w:t>
      </w:r>
    </w:p>
    <w:p>
      <w:r>
        <w:t>В Армении создана богатая политическая и художественная Лениниана, посвященная жизни и деятельности В. И. Ленина. Еще в 1920 г. на армянском языке издана биография В. И. Ленина. Армянский читатель получил научную биографию В. И. Ленина, «Воспоминания о Ленине» в трех томах, многочисленные отдельные издания воспоминаний армянских большевиков о встречах с В.И. Лениным, около ста книг, монографий, брошюр, в которых отражается героическая жизнь и деятельность Владимира Ильича. Более полувека армянские писатели и поэты, начиная с Егише Чаренца, воспевают образ великого вождя в поэмах, балладах, стихотворениях, романах, которые вошли в золотой фонд советской литературы. Большой вклад в создание художественной Ленинианы принадлежит мастерам армянского театра и изобразительного искусства.</w:t>
      </w:r>
    </w:p>
    <w:p>
      <w:r>
        <w:t>Труды основоположников марксизма-ленинизма стали настольной книгой армянского читателя. За период с 1894 по 1973 г. произведения К. Маркса, Ф. Энгельса, В.И. Ленина только отдельными книгами или сборниками издавались на армянском языке 670 раз, общим тиражом свыше 5 с половиной миллионов экз. На современном этапе коммунистического строительства еще более возрастает значение идейной вооруженности нашего народа марксистско-ленинской теорией.</w:t>
      </w:r>
    </w:p>
    <w:p>
      <w:r>
        <w:rPr>
          <w:b/>
        </w:rPr>
        <w:t>Хикар Барсегян</w:t>
      </w:r>
    </w:p>
    <w:p>
      <w:r>
        <w:rPr>
          <w:b/>
        </w:rPr>
        <w:t>Источник</w:t>
      </w:r>
      <w:r>
        <w:t>: «Армянская Лениниана», 1976 год.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armyanskaya-leniniana" TargetMode="External"/><Relationship Id="rId11" Type="http://schemas.openxmlformats.org/officeDocument/2006/relationships/hyperlink" Target="https://soc-armen.livejournal.com/5403.html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