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(untitled)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2020-06-14</w:t>
      </w:r>
    </w:p>
    <w:p>
      <w:pPr/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«Кто стоит на точке зрения демократии, т. е. решения государственных вопросов массой населения, тот прекрасно знает, что от болтовни политиканов до решения масс — «дистанция огромного размера»» (Ленин приводит выражение из комедии А. С. Грибоедова «Горе от ума»).</w:t>
      </w:r>
    </w:p>
    <w:p>
      <w:r/>
    </w:p>
    <w:p>
      <w:r>
        <w:rPr>
          <w:b/>
        </w:rPr>
        <w:t>Ленин В. И. ПСС. Т. 25. С. 287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417-2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